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38A047" w14:textId="1559F24B" w:rsidR="00DC1AD0" w:rsidRPr="00451C1F" w:rsidRDefault="00EC2F66" w:rsidP="00EC2F66">
      <w:pPr>
        <w:pStyle w:val="Titre2"/>
        <w:rPr>
          <w:sz w:val="24"/>
          <w:szCs w:val="24"/>
          <w:lang w:val="fr-FR"/>
        </w:rPr>
      </w:pPr>
      <w:r w:rsidRPr="00451C1F">
        <w:rPr>
          <w:noProof/>
          <w:sz w:val="20"/>
          <w:szCs w:val="20"/>
          <w:lang w:val="fr-FR"/>
        </w:rPr>
        <w:drawing>
          <wp:anchor distT="0" distB="0" distL="114300" distR="114300" simplePos="0" relativeHeight="251665408" behindDoc="0" locked="0" layoutInCell="1" allowOverlap="1" wp14:anchorId="7EC2356F" wp14:editId="70A85D49">
            <wp:simplePos x="0" y="0"/>
            <wp:positionH relativeFrom="column">
              <wp:posOffset>-331470</wp:posOffset>
            </wp:positionH>
            <wp:positionV relativeFrom="page">
              <wp:posOffset>0</wp:posOffset>
            </wp:positionV>
            <wp:extent cx="7765335" cy="10172700"/>
            <wp:effectExtent l="0" t="0" r="0" b="0"/>
            <wp:wrapNone/>
            <wp:docPr id="210770322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03224" name="Image 21077032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5411" cy="10185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8C5BE" w14:textId="707A79F2" w:rsidR="00500B7C" w:rsidRPr="00451C1F" w:rsidRDefault="00DC1AD0" w:rsidP="00E101DE">
      <w:pPr>
        <w:rPr>
          <w:sz w:val="20"/>
          <w:szCs w:val="20"/>
          <w:lang w:val="fr-FR"/>
        </w:rPr>
      </w:pPr>
      <w:r w:rsidRPr="00451C1F">
        <w:rPr>
          <w:sz w:val="20"/>
          <w:szCs w:val="20"/>
          <w:lang w:val="fr-FR"/>
        </w:rPr>
        <w:br w:type="page"/>
      </w:r>
    </w:p>
    <w:p w14:paraId="6C24C133" w14:textId="77777777" w:rsidR="00500B7C" w:rsidRPr="00451C1F" w:rsidRDefault="00000000" w:rsidP="009A2FFB">
      <w:pPr>
        <w:pStyle w:val="Titre1"/>
        <w:spacing w:before="0"/>
        <w:jc w:val="center"/>
        <w:rPr>
          <w:rFonts w:ascii="Marker Felt Thin" w:hAnsi="Marker Felt Thin"/>
          <w:color w:val="0070C0"/>
          <w:sz w:val="52"/>
          <w:szCs w:val="52"/>
          <w:lang w:val="fr-FR"/>
        </w:rPr>
      </w:pPr>
      <w:r w:rsidRPr="00451C1F">
        <w:rPr>
          <w:rFonts w:ascii="Marker Felt Thin" w:hAnsi="Marker Felt Thin"/>
          <w:color w:val="0070C0"/>
          <w:sz w:val="52"/>
          <w:szCs w:val="52"/>
          <w:lang w:val="fr-FR"/>
        </w:rPr>
        <w:lastRenderedPageBreak/>
        <w:t>BULLETIN D'INSCRIPTION</w:t>
      </w:r>
    </w:p>
    <w:p w14:paraId="5914B717" w14:textId="2CDC7EF3" w:rsidR="00500B7C" w:rsidRPr="00451C1F" w:rsidRDefault="00000000" w:rsidP="009A2FFB">
      <w:pPr>
        <w:spacing w:after="0"/>
        <w:jc w:val="center"/>
        <w:rPr>
          <w:rFonts w:ascii="Marker Felt Thin" w:hAnsi="Marker Felt Thin"/>
          <w:b/>
          <w:color w:val="DC0078"/>
          <w:sz w:val="44"/>
          <w:szCs w:val="28"/>
          <w:lang w:val="fr-FR"/>
        </w:rPr>
      </w:pPr>
      <w:r w:rsidRPr="00451C1F">
        <w:rPr>
          <w:rFonts w:ascii="Marker Felt Thin" w:hAnsi="Marker Felt Thin"/>
          <w:b/>
          <w:color w:val="FF40FF"/>
          <w:sz w:val="44"/>
          <w:szCs w:val="28"/>
          <w:lang w:val="fr-FR"/>
        </w:rPr>
        <w:t>FOIRE À LA PUÉRICULTURE</w:t>
      </w:r>
      <w:r w:rsidRPr="00451C1F">
        <w:rPr>
          <w:rFonts w:ascii="Marker Felt Thin" w:hAnsi="Marker Felt Thin"/>
          <w:b/>
          <w:color w:val="DC0078"/>
          <w:sz w:val="44"/>
          <w:szCs w:val="28"/>
          <w:lang w:val="fr-FR"/>
        </w:rPr>
        <w:br/>
      </w:r>
      <w:r w:rsidRPr="00451C1F">
        <w:rPr>
          <w:rFonts w:ascii="Marker Felt Thin" w:hAnsi="Marker Felt Thin"/>
          <w:sz w:val="28"/>
          <w:szCs w:val="28"/>
          <w:lang w:val="fr-FR"/>
        </w:rPr>
        <w:t>Dimanche 1</w:t>
      </w:r>
      <w:r w:rsidR="00CA3F38" w:rsidRPr="00451C1F">
        <w:rPr>
          <w:rFonts w:ascii="Marker Felt Thin" w:hAnsi="Marker Felt Thin"/>
          <w:sz w:val="28"/>
          <w:szCs w:val="28"/>
          <w:lang w:val="fr-FR"/>
        </w:rPr>
        <w:t>5</w:t>
      </w:r>
      <w:r w:rsidRPr="00451C1F">
        <w:rPr>
          <w:rFonts w:ascii="Marker Felt Thin" w:hAnsi="Marker Felt Thin"/>
          <w:sz w:val="28"/>
          <w:szCs w:val="28"/>
          <w:lang w:val="fr-FR"/>
        </w:rPr>
        <w:t xml:space="preserve"> </w:t>
      </w:r>
      <w:r w:rsidR="009A2FFB" w:rsidRPr="00451C1F">
        <w:rPr>
          <w:rFonts w:ascii="Marker Felt Thin" w:hAnsi="Marker Felt Thin"/>
          <w:sz w:val="28"/>
          <w:szCs w:val="28"/>
          <w:lang w:val="fr-FR"/>
        </w:rPr>
        <w:t>N</w:t>
      </w:r>
      <w:r w:rsidRPr="00451C1F">
        <w:rPr>
          <w:rFonts w:ascii="Marker Felt Thin" w:hAnsi="Marker Felt Thin"/>
          <w:sz w:val="28"/>
          <w:szCs w:val="28"/>
          <w:lang w:val="fr-FR"/>
        </w:rPr>
        <w:t xml:space="preserve">ovembre • </w:t>
      </w:r>
      <w:r w:rsidR="004649B8" w:rsidRPr="00451C1F">
        <w:rPr>
          <w:rFonts w:ascii="Marker Felt Thin" w:hAnsi="Marker Felt Thin"/>
          <w:sz w:val="28"/>
          <w:szCs w:val="28"/>
          <w:lang w:val="fr-FR"/>
        </w:rPr>
        <w:t>08</w:t>
      </w:r>
      <w:r w:rsidRPr="00451C1F">
        <w:rPr>
          <w:rFonts w:ascii="Marker Felt Thin" w:hAnsi="Marker Felt Thin"/>
          <w:sz w:val="28"/>
          <w:szCs w:val="28"/>
          <w:lang w:val="fr-FR"/>
        </w:rPr>
        <w:t>h à 1</w:t>
      </w:r>
      <w:r w:rsidR="004649B8" w:rsidRPr="00451C1F">
        <w:rPr>
          <w:rFonts w:ascii="Marker Felt Thin" w:hAnsi="Marker Felt Thin"/>
          <w:sz w:val="28"/>
          <w:szCs w:val="28"/>
          <w:lang w:val="fr-FR"/>
        </w:rPr>
        <w:t>7</w:t>
      </w:r>
      <w:r w:rsidRPr="00451C1F">
        <w:rPr>
          <w:rFonts w:ascii="Marker Felt Thin" w:hAnsi="Marker Felt Thin"/>
          <w:sz w:val="28"/>
          <w:szCs w:val="28"/>
          <w:lang w:val="fr-FR"/>
        </w:rPr>
        <w:t>h</w:t>
      </w:r>
      <w:r w:rsidRPr="00451C1F">
        <w:rPr>
          <w:rFonts w:ascii="Marker Felt Thin" w:hAnsi="Marker Felt Thin"/>
          <w:sz w:val="28"/>
          <w:szCs w:val="28"/>
          <w:lang w:val="fr-FR"/>
        </w:rPr>
        <w:br/>
        <w:t>Salle de l'Orée du Bois - Cormelles-le-Royal</w:t>
      </w:r>
    </w:p>
    <w:p w14:paraId="1B7C5A4A" w14:textId="28AFC326" w:rsidR="009A2FFB" w:rsidRDefault="009A2FFB" w:rsidP="009A2FFB">
      <w:pPr>
        <w:pStyle w:val="Titre2"/>
        <w:spacing w:before="0"/>
        <w:rPr>
          <w:rFonts w:ascii="Marker Felt Thin" w:hAnsi="Marker Felt Thin"/>
          <w:color w:val="780096"/>
          <w:sz w:val="32"/>
          <w:szCs w:val="32"/>
          <w:lang w:val="fr-FR"/>
        </w:rPr>
      </w:pPr>
    </w:p>
    <w:p w14:paraId="46BD3785" w14:textId="77777777" w:rsidR="00451C1F" w:rsidRPr="00451C1F" w:rsidRDefault="00451C1F" w:rsidP="00451C1F">
      <w:pPr>
        <w:rPr>
          <w:lang w:val="fr-FR"/>
        </w:rPr>
      </w:pPr>
    </w:p>
    <w:p w14:paraId="20A0DB19" w14:textId="1093AE18" w:rsidR="00500B7C" w:rsidRPr="00451C1F" w:rsidRDefault="00CA3F38" w:rsidP="009A2FFB">
      <w:pPr>
        <w:pStyle w:val="Titre2"/>
        <w:spacing w:before="0"/>
        <w:rPr>
          <w:rFonts w:ascii="Marker Felt Thin" w:hAnsi="Marker Felt Thin"/>
          <w:color w:val="D883FF"/>
          <w:sz w:val="28"/>
          <w:szCs w:val="28"/>
          <w:lang w:val="fr-FR"/>
        </w:rPr>
      </w:pPr>
      <w:r w:rsidRPr="00451C1F">
        <w:rPr>
          <w:rFonts w:ascii="Marker Felt Thin" w:hAnsi="Marker Felt Thin"/>
          <w:noProof/>
          <w:color w:val="780096"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AD7C54" wp14:editId="1AA052AD">
                <wp:simplePos x="0" y="0"/>
                <wp:positionH relativeFrom="column">
                  <wp:posOffset>4389236</wp:posOffset>
                </wp:positionH>
                <wp:positionV relativeFrom="paragraph">
                  <wp:posOffset>17145</wp:posOffset>
                </wp:positionV>
                <wp:extent cx="2706151" cy="1820333"/>
                <wp:effectExtent l="38100" t="0" r="50165" b="85090"/>
                <wp:wrapNone/>
                <wp:docPr id="494140703" name="Nuag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52890">
                          <a:off x="0" y="0"/>
                          <a:ext cx="2706151" cy="1820333"/>
                        </a:xfrm>
                        <a:prstGeom prst="cloud">
                          <a:avLst/>
                        </a:prstGeom>
                        <a:gradFill flip="none" rotWithShape="1">
                          <a:gsLst>
                            <a:gs pos="0">
                              <a:srgbClr val="FF40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40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40FF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D1EA9" w14:textId="263EE14B" w:rsidR="008A38FD" w:rsidRDefault="00CA3F38" w:rsidP="00CA3F38">
                            <w:pPr>
                              <w:spacing w:after="0"/>
                              <w:jc w:val="center"/>
                              <w:rPr>
                                <w:rFonts w:ascii="Marker Felt Thin" w:hAnsi="Marker Felt Thin"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4649B8">
                              <w:rPr>
                                <w:rFonts w:ascii="Marker Felt Thin" w:hAnsi="Marker Felt Thin"/>
                                <w:sz w:val="48"/>
                                <w:szCs w:val="48"/>
                              </w:rPr>
                              <w:t>TARIF :</w:t>
                            </w:r>
                            <w:proofErr w:type="gramEnd"/>
                            <w:r w:rsidRPr="004649B8">
                              <w:rPr>
                                <w:rFonts w:ascii="Marker Felt Thin" w:hAnsi="Marker Felt Thin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4649B8" w:rsidRPr="004649B8">
                              <w:rPr>
                                <w:rFonts w:ascii="Marker Felt Thin" w:hAnsi="Marker Felt Thin"/>
                                <w:sz w:val="48"/>
                                <w:szCs w:val="48"/>
                              </w:rPr>
                              <w:t>5</w:t>
                            </w:r>
                            <w:r w:rsidRPr="004649B8">
                              <w:rPr>
                                <w:rFonts w:ascii="Marker Felt Thin" w:hAnsi="Marker Felt Thin"/>
                                <w:sz w:val="48"/>
                                <w:szCs w:val="48"/>
                              </w:rPr>
                              <w:t>€ la table</w:t>
                            </w:r>
                            <w:r w:rsidR="004649B8" w:rsidRPr="004649B8">
                              <w:rPr>
                                <w:rFonts w:ascii="Marker Felt Thin" w:hAnsi="Marker Felt Thin"/>
                                <w:sz w:val="48"/>
                                <w:szCs w:val="48"/>
                              </w:rPr>
                              <w:t xml:space="preserve"> + </w:t>
                            </w:r>
                            <w:r w:rsidR="00DC1AD0">
                              <w:rPr>
                                <w:rFonts w:ascii="Marker Felt Thin" w:hAnsi="Marker Felt Thin"/>
                                <w:sz w:val="48"/>
                                <w:szCs w:val="48"/>
                              </w:rPr>
                              <w:t>2</w:t>
                            </w:r>
                            <w:r w:rsidR="004649B8">
                              <w:rPr>
                                <w:rFonts w:ascii="Marker Felt Thin" w:hAnsi="Marker Felt Thin"/>
                                <w:sz w:val="48"/>
                                <w:szCs w:val="48"/>
                              </w:rPr>
                              <w:t xml:space="preserve"> chaise</w:t>
                            </w:r>
                            <w:r w:rsidR="00DC1AD0">
                              <w:rPr>
                                <w:rFonts w:ascii="Marker Felt Thin" w:hAnsi="Marker Felt Thin"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6F66E4C5" w14:textId="77777777" w:rsidR="004649B8" w:rsidRPr="004649B8" w:rsidRDefault="004649B8" w:rsidP="00CA3F38">
                            <w:pPr>
                              <w:spacing w:after="0"/>
                              <w:jc w:val="center"/>
                              <w:rPr>
                                <w:rFonts w:ascii="Marker Felt Thin" w:hAnsi="Marker Felt Thin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D7C54" id="Nuage 1" o:spid="_x0000_s1026" style="position:absolute;margin-left:345.6pt;margin-top:1.35pt;width:213.1pt;height:143.35pt;rotation:7131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&#13;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89ff" strokecolor="#4579b8 [3044]">
                <v:fill color2="#ffdcff" rotate="t" focusposition=".5,.5" focussize="" colors="0 #ff89ff;.5 #ffb8ff;1 #ffdcff" focus="100%" type="gradientRadial"/>
                <v:stroke joinstyle="miter"/>
                <v:shadow on="t" color="black" opacity="22937f" origin=",.5" offset="0,.63889mm"/>
                <v:formulas/>
                <v:path arrowok="t" o:connecttype="custom" o:connectlocs="293981,1103029;135308,1069446;433986,1470551;364579,1486605;1032221,1647149;990376,1573830;1805792,1464315;1789066,1544755;2137922,967220;2341572,1267912;2618326,646977;2527620,759736;2400707,228637;2405468,281899;1821515,166527;1867996,98601;1386965,198888;1409454,140317;876993,218777;958428,275578;258525,665306;244305,605514" o:connectangles="0,0,0,0,0,0,0,0,0,0,0,0,0,0,0,0,0,0,0,0,0,0" textboxrect="0,0,43200,43200"/>
                <v:textbox>
                  <w:txbxContent>
                    <w:p w14:paraId="798D1EA9" w14:textId="263EE14B" w:rsidR="008A38FD" w:rsidRDefault="00CA3F38" w:rsidP="00CA3F38">
                      <w:pPr>
                        <w:spacing w:after="0"/>
                        <w:jc w:val="center"/>
                        <w:rPr>
                          <w:rFonts w:ascii="Marker Felt Thin" w:hAnsi="Marker Felt Thin"/>
                          <w:sz w:val="48"/>
                          <w:szCs w:val="48"/>
                        </w:rPr>
                      </w:pPr>
                      <w:proofErr w:type="gramStart"/>
                      <w:r w:rsidRPr="004649B8">
                        <w:rPr>
                          <w:rFonts w:ascii="Marker Felt Thin" w:hAnsi="Marker Felt Thin"/>
                          <w:sz w:val="48"/>
                          <w:szCs w:val="48"/>
                        </w:rPr>
                        <w:t>TARIF :</w:t>
                      </w:r>
                      <w:proofErr w:type="gramEnd"/>
                      <w:r w:rsidRPr="004649B8">
                        <w:rPr>
                          <w:rFonts w:ascii="Marker Felt Thin" w:hAnsi="Marker Felt Thin"/>
                          <w:sz w:val="48"/>
                          <w:szCs w:val="48"/>
                        </w:rPr>
                        <w:t xml:space="preserve"> </w:t>
                      </w:r>
                      <w:r w:rsidR="004649B8" w:rsidRPr="004649B8">
                        <w:rPr>
                          <w:rFonts w:ascii="Marker Felt Thin" w:hAnsi="Marker Felt Thin"/>
                          <w:sz w:val="48"/>
                          <w:szCs w:val="48"/>
                        </w:rPr>
                        <w:t>5</w:t>
                      </w:r>
                      <w:r w:rsidRPr="004649B8">
                        <w:rPr>
                          <w:rFonts w:ascii="Marker Felt Thin" w:hAnsi="Marker Felt Thin"/>
                          <w:sz w:val="48"/>
                          <w:szCs w:val="48"/>
                        </w:rPr>
                        <w:t>€ la table</w:t>
                      </w:r>
                      <w:r w:rsidR="004649B8" w:rsidRPr="004649B8">
                        <w:rPr>
                          <w:rFonts w:ascii="Marker Felt Thin" w:hAnsi="Marker Felt Thin"/>
                          <w:sz w:val="48"/>
                          <w:szCs w:val="48"/>
                        </w:rPr>
                        <w:t xml:space="preserve"> + </w:t>
                      </w:r>
                      <w:r w:rsidR="00DC1AD0">
                        <w:rPr>
                          <w:rFonts w:ascii="Marker Felt Thin" w:hAnsi="Marker Felt Thin"/>
                          <w:sz w:val="48"/>
                          <w:szCs w:val="48"/>
                        </w:rPr>
                        <w:t>2</w:t>
                      </w:r>
                      <w:r w:rsidR="004649B8">
                        <w:rPr>
                          <w:rFonts w:ascii="Marker Felt Thin" w:hAnsi="Marker Felt Thin"/>
                          <w:sz w:val="48"/>
                          <w:szCs w:val="48"/>
                        </w:rPr>
                        <w:t xml:space="preserve"> chaise</w:t>
                      </w:r>
                      <w:r w:rsidR="00DC1AD0">
                        <w:rPr>
                          <w:rFonts w:ascii="Marker Felt Thin" w:hAnsi="Marker Felt Thin"/>
                          <w:sz w:val="48"/>
                          <w:szCs w:val="48"/>
                        </w:rPr>
                        <w:t>s</w:t>
                      </w:r>
                    </w:p>
                    <w:p w14:paraId="6F66E4C5" w14:textId="77777777" w:rsidR="004649B8" w:rsidRPr="004649B8" w:rsidRDefault="004649B8" w:rsidP="00CA3F38">
                      <w:pPr>
                        <w:spacing w:after="0"/>
                        <w:jc w:val="center"/>
                        <w:rPr>
                          <w:rFonts w:ascii="Marker Felt Thin" w:hAnsi="Marker Felt Thin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1AD0" w:rsidRPr="00451C1F">
        <w:rPr>
          <w:rFonts w:ascii="Marker Felt Thin" w:hAnsi="Marker Felt Thin"/>
          <w:color w:val="D883FF"/>
          <w:sz w:val="28"/>
          <w:szCs w:val="28"/>
          <w:lang w:val="fr-FR"/>
        </w:rPr>
        <w:t>Informations</w:t>
      </w:r>
      <w:r w:rsidR="009A2FFB" w:rsidRPr="00451C1F">
        <w:rPr>
          <w:rFonts w:ascii="Marker Felt Thin" w:hAnsi="Marker Felt Thin"/>
          <w:color w:val="D883FF"/>
          <w:sz w:val="28"/>
          <w:szCs w:val="28"/>
          <w:lang w:val="fr-FR"/>
        </w:rPr>
        <w:t xml:space="preserve"> de l’</w:t>
      </w:r>
      <w:r w:rsidR="008A38FD" w:rsidRPr="00451C1F">
        <w:rPr>
          <w:rFonts w:ascii="Marker Felt Thin" w:hAnsi="Marker Felt Thin"/>
          <w:color w:val="D883FF"/>
          <w:sz w:val="28"/>
          <w:szCs w:val="28"/>
          <w:lang w:val="fr-FR"/>
        </w:rPr>
        <w:t>E</w:t>
      </w:r>
      <w:r w:rsidR="009A2FFB" w:rsidRPr="00451C1F">
        <w:rPr>
          <w:rFonts w:ascii="Marker Felt Thin" w:hAnsi="Marker Felt Thin"/>
          <w:color w:val="D883FF"/>
          <w:sz w:val="28"/>
          <w:szCs w:val="28"/>
          <w:lang w:val="fr-FR"/>
        </w:rPr>
        <w:t xml:space="preserve">xposant : </w:t>
      </w:r>
    </w:p>
    <w:p w14:paraId="4FE1B740" w14:textId="09544C1A" w:rsidR="008A38FD" w:rsidRPr="00451C1F" w:rsidRDefault="008A38FD" w:rsidP="008A38FD">
      <w:pPr>
        <w:pStyle w:val="Paragraphedeliste"/>
        <w:numPr>
          <w:ilvl w:val="1"/>
          <w:numId w:val="11"/>
        </w:numPr>
        <w:spacing w:after="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sz w:val="28"/>
          <w:szCs w:val="28"/>
          <w:lang w:val="fr-FR"/>
        </w:rPr>
        <w:t>Nom et Prénom :</w:t>
      </w:r>
      <w:r w:rsidR="00DC1AD0" w:rsidRPr="00451C1F">
        <w:rPr>
          <w:rFonts w:ascii="Marker Felt Thin" w:hAnsi="Marker Felt Thin"/>
          <w:sz w:val="28"/>
          <w:szCs w:val="28"/>
          <w:lang w:val="fr-FR"/>
        </w:rPr>
        <w:t xml:space="preserve"> __________________</w:t>
      </w:r>
      <w:r w:rsidR="00451C1F">
        <w:rPr>
          <w:rFonts w:ascii="Marker Felt Thin" w:hAnsi="Marker Felt Thin"/>
          <w:sz w:val="28"/>
          <w:szCs w:val="28"/>
          <w:lang w:val="fr-FR"/>
        </w:rPr>
        <w:t>______</w:t>
      </w:r>
    </w:p>
    <w:p w14:paraId="5A5013DA" w14:textId="2D07CB6F" w:rsidR="008A38FD" w:rsidRPr="00451C1F" w:rsidRDefault="008A38FD" w:rsidP="008A38FD">
      <w:pPr>
        <w:pStyle w:val="Paragraphedeliste"/>
        <w:numPr>
          <w:ilvl w:val="1"/>
          <w:numId w:val="11"/>
        </w:numPr>
        <w:spacing w:after="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sz w:val="28"/>
          <w:szCs w:val="28"/>
          <w:lang w:val="fr-FR"/>
        </w:rPr>
        <w:t>Adresse :</w:t>
      </w:r>
      <w:r w:rsidR="00DC1AD0" w:rsidRPr="00451C1F">
        <w:rPr>
          <w:rFonts w:ascii="Marker Felt Thin" w:hAnsi="Marker Felt Thin"/>
          <w:sz w:val="28"/>
          <w:szCs w:val="28"/>
          <w:lang w:val="fr-FR"/>
        </w:rPr>
        <w:t xml:space="preserve"> ________________________</w:t>
      </w:r>
      <w:r w:rsidR="00451C1F">
        <w:rPr>
          <w:rFonts w:ascii="Marker Felt Thin" w:hAnsi="Marker Felt Thin"/>
          <w:sz w:val="28"/>
          <w:szCs w:val="28"/>
          <w:lang w:val="fr-FR"/>
        </w:rPr>
        <w:t>______</w:t>
      </w:r>
    </w:p>
    <w:p w14:paraId="62039512" w14:textId="2606F07F" w:rsidR="00DC1AD0" w:rsidRPr="00451C1F" w:rsidRDefault="00DC1AD0" w:rsidP="00DC1AD0">
      <w:pPr>
        <w:pStyle w:val="Paragraphedeliste"/>
        <w:spacing w:after="0"/>
        <w:ind w:left="144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sz w:val="28"/>
          <w:szCs w:val="28"/>
          <w:lang w:val="fr-FR"/>
        </w:rPr>
        <w:t>_______________________________</w:t>
      </w:r>
      <w:r w:rsidR="00451C1F">
        <w:rPr>
          <w:rFonts w:ascii="Marker Felt Thin" w:hAnsi="Marker Felt Thin"/>
          <w:sz w:val="28"/>
          <w:szCs w:val="28"/>
          <w:lang w:val="fr-FR"/>
        </w:rPr>
        <w:t>______</w:t>
      </w:r>
    </w:p>
    <w:p w14:paraId="139E5E61" w14:textId="3E0B9B40" w:rsidR="008A38FD" w:rsidRPr="00451C1F" w:rsidRDefault="008A38FD" w:rsidP="008A38FD">
      <w:pPr>
        <w:pStyle w:val="Paragraphedeliste"/>
        <w:numPr>
          <w:ilvl w:val="1"/>
          <w:numId w:val="11"/>
        </w:numPr>
        <w:spacing w:after="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sz w:val="28"/>
          <w:szCs w:val="28"/>
          <w:lang w:val="fr-FR"/>
        </w:rPr>
        <w:t>Téléphone :</w:t>
      </w:r>
      <w:r w:rsidR="00DC1AD0" w:rsidRPr="00451C1F">
        <w:rPr>
          <w:rFonts w:ascii="Marker Felt Thin" w:hAnsi="Marker Felt Thin"/>
          <w:sz w:val="28"/>
          <w:szCs w:val="28"/>
          <w:lang w:val="fr-FR"/>
        </w:rPr>
        <w:t xml:space="preserve"> ______________________</w:t>
      </w:r>
      <w:r w:rsidR="00451C1F">
        <w:rPr>
          <w:rFonts w:ascii="Marker Felt Thin" w:hAnsi="Marker Felt Thin"/>
          <w:sz w:val="28"/>
          <w:szCs w:val="28"/>
          <w:lang w:val="fr-FR"/>
        </w:rPr>
        <w:t>______</w:t>
      </w:r>
    </w:p>
    <w:p w14:paraId="654988FB" w14:textId="578243D6" w:rsidR="008A38FD" w:rsidRPr="00451C1F" w:rsidRDefault="00DC1AD0" w:rsidP="008A38FD">
      <w:pPr>
        <w:pStyle w:val="Paragraphedeliste"/>
        <w:numPr>
          <w:ilvl w:val="1"/>
          <w:numId w:val="11"/>
        </w:numPr>
        <w:spacing w:after="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sz w:val="28"/>
          <w:szCs w:val="28"/>
          <w:lang w:val="fr-FR"/>
        </w:rPr>
        <w:t>Photocopie Recto/Verso C</w:t>
      </w:r>
      <w:r w:rsidR="00451C1F">
        <w:rPr>
          <w:rFonts w:ascii="Marker Felt Thin" w:hAnsi="Marker Felt Thin"/>
          <w:sz w:val="28"/>
          <w:szCs w:val="28"/>
          <w:lang w:val="fr-FR"/>
        </w:rPr>
        <w:t>arte Identité</w:t>
      </w:r>
    </w:p>
    <w:p w14:paraId="5C145A88" w14:textId="77777777" w:rsidR="009A2FFB" w:rsidRPr="00451C1F" w:rsidRDefault="009A2FFB" w:rsidP="009A2FFB">
      <w:pPr>
        <w:pStyle w:val="Titre2"/>
        <w:spacing w:before="0"/>
        <w:rPr>
          <w:rFonts w:ascii="Marker Felt Thin" w:hAnsi="Marker Felt Thin"/>
          <w:color w:val="780096"/>
          <w:sz w:val="28"/>
          <w:szCs w:val="28"/>
          <w:lang w:val="fr-FR"/>
        </w:rPr>
      </w:pPr>
    </w:p>
    <w:p w14:paraId="5FF920F9" w14:textId="6F150A32" w:rsidR="008A38FD" w:rsidRPr="00451C1F" w:rsidRDefault="008A38FD" w:rsidP="008A38FD">
      <w:pPr>
        <w:pStyle w:val="Titre2"/>
        <w:spacing w:before="0"/>
        <w:rPr>
          <w:rFonts w:ascii="Marker Felt Thin" w:hAnsi="Marker Felt Thin"/>
          <w:color w:val="D883FF"/>
          <w:sz w:val="28"/>
          <w:szCs w:val="28"/>
          <w:lang w:val="fr-FR"/>
        </w:rPr>
      </w:pPr>
      <w:r w:rsidRPr="00451C1F">
        <w:rPr>
          <w:rFonts w:ascii="Marker Felt Thin" w:hAnsi="Marker Felt Thin"/>
          <w:color w:val="D883FF"/>
          <w:sz w:val="28"/>
          <w:szCs w:val="28"/>
          <w:lang w:val="fr-FR"/>
        </w:rPr>
        <w:t xml:space="preserve">Réservation : </w:t>
      </w:r>
    </w:p>
    <w:p w14:paraId="79919815" w14:textId="05D70650" w:rsidR="008A38FD" w:rsidRPr="00451C1F" w:rsidRDefault="008A38FD" w:rsidP="008A38FD">
      <w:pPr>
        <w:pStyle w:val="Paragraphedeliste"/>
        <w:numPr>
          <w:ilvl w:val="1"/>
          <w:numId w:val="11"/>
        </w:numPr>
        <w:spacing w:after="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sz w:val="28"/>
          <w:szCs w:val="28"/>
          <w:lang w:val="fr-FR"/>
        </w:rPr>
        <w:t>Nombre de tables souhaitées :</w:t>
      </w:r>
      <w:r w:rsidR="00DC1AD0" w:rsidRPr="00451C1F">
        <w:rPr>
          <w:rFonts w:ascii="Marker Felt Thin" w:hAnsi="Marker Felt Thin"/>
          <w:sz w:val="28"/>
          <w:szCs w:val="28"/>
          <w:lang w:val="fr-FR"/>
        </w:rPr>
        <w:t xml:space="preserve"> ________</w:t>
      </w:r>
      <w:r w:rsidR="00451C1F">
        <w:rPr>
          <w:rFonts w:ascii="Marker Felt Thin" w:hAnsi="Marker Felt Thin"/>
          <w:sz w:val="28"/>
          <w:szCs w:val="28"/>
          <w:lang w:val="fr-FR"/>
        </w:rPr>
        <w:t>______</w:t>
      </w:r>
    </w:p>
    <w:p w14:paraId="6E83D387" w14:textId="77777777" w:rsidR="00CA3F38" w:rsidRPr="00451C1F" w:rsidRDefault="00CA3F38" w:rsidP="00CA3F38">
      <w:pPr>
        <w:spacing w:after="0"/>
        <w:rPr>
          <w:rFonts w:ascii="Marker Felt Thin" w:hAnsi="Marker Felt Thin"/>
          <w:sz w:val="28"/>
          <w:szCs w:val="28"/>
          <w:lang w:val="fr-FR"/>
        </w:rPr>
      </w:pPr>
    </w:p>
    <w:p w14:paraId="6627A97F" w14:textId="0485F39A" w:rsidR="00CA3F38" w:rsidRPr="00451C1F" w:rsidRDefault="00CA3F38" w:rsidP="00CA3F38">
      <w:pPr>
        <w:spacing w:after="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eastAsiaTheme="majorEastAsia" w:hAnsi="Marker Felt Thin" w:cstheme="majorBidi"/>
          <w:b/>
          <w:bCs/>
          <w:color w:val="D883FF"/>
          <w:sz w:val="28"/>
          <w:szCs w:val="28"/>
          <w:lang w:val="fr-FR"/>
        </w:rPr>
        <w:t>Restauration sur place possible</w:t>
      </w:r>
      <w:r w:rsidRPr="00451C1F">
        <w:rPr>
          <w:rFonts w:ascii="Marker Felt Thin" w:hAnsi="Marker Felt Thin"/>
          <w:sz w:val="28"/>
          <w:szCs w:val="28"/>
          <w:lang w:val="fr-FR"/>
        </w:rPr>
        <w:t xml:space="preserve"> : vente de sandwichs, boisson, gâteaux et autres sucreries...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A38FD" w:rsidRPr="00451C1F" w14:paraId="4D003AC7" w14:textId="77777777" w:rsidTr="007227A3">
        <w:trPr>
          <w:jc w:val="center"/>
        </w:trPr>
        <w:tc>
          <w:tcPr>
            <w:tcW w:w="4320" w:type="dxa"/>
          </w:tcPr>
          <w:p w14:paraId="72096B8B" w14:textId="3A121059" w:rsidR="008A38FD" w:rsidRPr="00451C1F" w:rsidRDefault="008A38FD" w:rsidP="007227A3">
            <w:pPr>
              <w:spacing w:after="0"/>
              <w:rPr>
                <w:rFonts w:ascii="Marker Felt Thin" w:hAnsi="Marker Felt Thin"/>
                <w:sz w:val="28"/>
                <w:szCs w:val="28"/>
                <w:lang w:val="fr-FR"/>
              </w:rPr>
            </w:pPr>
          </w:p>
        </w:tc>
        <w:tc>
          <w:tcPr>
            <w:tcW w:w="4320" w:type="dxa"/>
          </w:tcPr>
          <w:p w14:paraId="6E6FAB01" w14:textId="77777777" w:rsidR="008A38FD" w:rsidRPr="00451C1F" w:rsidRDefault="008A38FD" w:rsidP="007227A3">
            <w:pPr>
              <w:spacing w:after="0"/>
              <w:rPr>
                <w:rFonts w:ascii="Marker Felt Thin" w:hAnsi="Marker Felt Thin"/>
                <w:sz w:val="28"/>
                <w:szCs w:val="28"/>
                <w:lang w:val="fr-FR"/>
              </w:rPr>
            </w:pPr>
            <w:r w:rsidRPr="00451C1F">
              <w:rPr>
                <w:rFonts w:ascii="Marker Felt Thin" w:hAnsi="Marker Felt Thin"/>
                <w:sz w:val="28"/>
                <w:szCs w:val="28"/>
                <w:lang w:val="fr-FR"/>
              </w:rPr>
              <w:t xml:space="preserve"> </w:t>
            </w:r>
          </w:p>
        </w:tc>
      </w:tr>
    </w:tbl>
    <w:p w14:paraId="6A19A18C" w14:textId="3CC215D5" w:rsidR="00500B7C" w:rsidRPr="00451C1F" w:rsidRDefault="008A38FD" w:rsidP="009A2FFB">
      <w:pPr>
        <w:pStyle w:val="Titre2"/>
        <w:spacing w:before="0"/>
        <w:rPr>
          <w:rFonts w:ascii="Marker Felt Thin" w:hAnsi="Marker Felt Thin"/>
          <w:color w:val="D883FF"/>
          <w:sz w:val="28"/>
          <w:szCs w:val="28"/>
          <w:lang w:val="fr-FR"/>
        </w:rPr>
      </w:pPr>
      <w:r w:rsidRPr="00451C1F">
        <w:rPr>
          <w:rFonts w:ascii="Marker Felt Thin" w:hAnsi="Marker Felt Thin"/>
          <w:color w:val="D883FF"/>
          <w:sz w:val="28"/>
          <w:szCs w:val="28"/>
          <w:lang w:val="fr-FR"/>
        </w:rPr>
        <w:t>Modalités d’inscription</w:t>
      </w:r>
    </w:p>
    <w:p w14:paraId="6AA16595" w14:textId="78CC3F5B" w:rsidR="008A38FD" w:rsidRPr="00451C1F" w:rsidRDefault="008A38FD" w:rsidP="008A38FD">
      <w:pPr>
        <w:pStyle w:val="Paragraphedeliste"/>
        <w:numPr>
          <w:ilvl w:val="1"/>
          <w:numId w:val="13"/>
        </w:numPr>
        <w:spacing w:after="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sz w:val="28"/>
          <w:szCs w:val="28"/>
          <w:lang w:val="fr-FR"/>
        </w:rPr>
        <w:t xml:space="preserve">Mail : </w:t>
      </w:r>
      <w:r w:rsidRPr="00451C1F">
        <w:rPr>
          <w:rFonts w:ascii="Marker Felt Thin" w:hAnsi="Marker Felt Thin"/>
          <w:color w:val="365F91" w:themeColor="accent1" w:themeShade="BF"/>
          <w:sz w:val="28"/>
          <w:szCs w:val="28"/>
          <w:lang w:val="fr-FR"/>
        </w:rPr>
        <w:t xml:space="preserve"> </w:t>
      </w:r>
      <w:r w:rsidRPr="00451C1F">
        <w:rPr>
          <w:rFonts w:ascii="Marker Felt Thin" w:hAnsi="Marker Felt Thin"/>
          <w:color w:val="0070C0"/>
          <w:sz w:val="28"/>
          <w:szCs w:val="28"/>
          <w:lang w:val="fr-FR"/>
        </w:rPr>
        <w:t>ape.valleeverte@gmail.com</w:t>
      </w:r>
    </w:p>
    <w:p w14:paraId="0AE83A38" w14:textId="02FC96A8" w:rsidR="009A2FFB" w:rsidRPr="00451C1F" w:rsidRDefault="008A38FD" w:rsidP="008A38FD">
      <w:pPr>
        <w:pStyle w:val="Paragraphedeliste"/>
        <w:numPr>
          <w:ilvl w:val="1"/>
          <w:numId w:val="13"/>
        </w:numPr>
        <w:spacing w:after="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sz w:val="28"/>
          <w:szCs w:val="28"/>
          <w:lang w:val="fr-FR"/>
        </w:rPr>
        <w:t xml:space="preserve">Téléphone : </w:t>
      </w:r>
      <w:r w:rsidRPr="00451C1F">
        <w:rPr>
          <w:rFonts w:ascii="Marker Felt Thin" w:hAnsi="Marker Felt Thin"/>
          <w:color w:val="0070C0"/>
          <w:sz w:val="28"/>
          <w:szCs w:val="28"/>
          <w:lang w:val="fr-FR"/>
        </w:rPr>
        <w:t>06 51 36 78 75</w:t>
      </w:r>
    </w:p>
    <w:p w14:paraId="501A610A" w14:textId="3DE917B7" w:rsidR="00DC1AD0" w:rsidRPr="00451C1F" w:rsidRDefault="00DC1AD0" w:rsidP="008A38FD">
      <w:pPr>
        <w:pStyle w:val="Paragraphedeliste"/>
        <w:numPr>
          <w:ilvl w:val="1"/>
          <w:numId w:val="13"/>
        </w:numPr>
        <w:spacing w:after="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color w:val="000000" w:themeColor="text1"/>
          <w:sz w:val="28"/>
          <w:szCs w:val="28"/>
          <w:lang w:val="fr-FR"/>
        </w:rPr>
        <w:t xml:space="preserve">Papier : </w:t>
      </w:r>
      <w:r w:rsidRPr="00451C1F">
        <w:rPr>
          <w:rFonts w:ascii="Marker Felt Thin" w:hAnsi="Marker Felt Thin"/>
          <w:color w:val="0070C0"/>
          <w:sz w:val="28"/>
          <w:szCs w:val="28"/>
          <w:lang w:val="fr-FR"/>
        </w:rPr>
        <w:t>remettre bulletin &amp; chèque dans la boite aux lettres de l’APE</w:t>
      </w:r>
      <w:r w:rsidR="00451C1F">
        <w:rPr>
          <w:rFonts w:ascii="Marker Felt Thin" w:hAnsi="Marker Felt Thin"/>
          <w:color w:val="0070C0"/>
          <w:sz w:val="28"/>
          <w:szCs w:val="28"/>
          <w:lang w:val="fr-FR"/>
        </w:rPr>
        <w:t xml:space="preserve"> à l’École</w:t>
      </w:r>
    </w:p>
    <w:p w14:paraId="11A74713" w14:textId="77777777" w:rsidR="008A38FD" w:rsidRPr="00451C1F" w:rsidRDefault="008A38FD" w:rsidP="008A38FD">
      <w:pPr>
        <w:spacing w:after="0"/>
        <w:rPr>
          <w:rFonts w:ascii="Marker Felt Thin" w:hAnsi="Marker Felt Thin"/>
          <w:lang w:val="fr-FR"/>
        </w:rPr>
      </w:pPr>
    </w:p>
    <w:p w14:paraId="46FED516" w14:textId="64F4BE21" w:rsidR="008A38FD" w:rsidRPr="00451C1F" w:rsidRDefault="008A38FD" w:rsidP="008A38FD">
      <w:pPr>
        <w:spacing w:after="0"/>
        <w:rPr>
          <w:rFonts w:ascii="Marker Felt Thin" w:hAnsi="Marker Felt Thin"/>
          <w:lang w:val="fr-FR"/>
        </w:rPr>
      </w:pPr>
      <w:r w:rsidRPr="00451C1F">
        <w:rPr>
          <w:rFonts w:ascii="Marker Felt Thin" w:hAnsi="Marker Felt Thin"/>
          <w:lang w:val="fr-FR"/>
        </w:rPr>
        <w:t xml:space="preserve">Une fois votre inscription reçue, une confirmation vous sera envoyée avec les modalités d'installation et de règlement. L’installation pourra avoir lieu à partir de </w:t>
      </w:r>
      <w:r w:rsidR="004649B8" w:rsidRPr="00451C1F">
        <w:rPr>
          <w:rFonts w:ascii="Marker Felt Thin" w:hAnsi="Marker Felt Thin"/>
          <w:lang w:val="fr-FR"/>
        </w:rPr>
        <w:t>7H</w:t>
      </w:r>
      <w:r w:rsidRPr="00451C1F">
        <w:rPr>
          <w:rFonts w:ascii="Marker Felt Thin" w:hAnsi="Marker Felt Thin"/>
          <w:lang w:val="fr-FR"/>
        </w:rPr>
        <w:t xml:space="preserve"> le jour de l’évènement. </w:t>
      </w:r>
    </w:p>
    <w:p w14:paraId="60BB7480" w14:textId="77777777" w:rsidR="009A2FFB" w:rsidRPr="00451C1F" w:rsidRDefault="009A2FFB" w:rsidP="009A2FFB">
      <w:pPr>
        <w:pStyle w:val="Titre2"/>
        <w:spacing w:before="0"/>
        <w:rPr>
          <w:rFonts w:ascii="Marker Felt Thin" w:hAnsi="Marker Felt Thin"/>
          <w:color w:val="780096"/>
          <w:sz w:val="28"/>
          <w:szCs w:val="28"/>
          <w:lang w:val="fr-FR"/>
        </w:rPr>
      </w:pPr>
    </w:p>
    <w:p w14:paraId="5EA61518" w14:textId="4BC9F059" w:rsidR="009A2FFB" w:rsidRDefault="008A38FD" w:rsidP="008A38FD">
      <w:pPr>
        <w:pStyle w:val="Titre2"/>
        <w:spacing w:before="0"/>
        <w:rPr>
          <w:rFonts w:ascii="Marker Felt Thin" w:hAnsi="Marker Felt Thin"/>
          <w:color w:val="D883FF"/>
          <w:sz w:val="28"/>
          <w:szCs w:val="28"/>
          <w:lang w:val="fr-FR"/>
        </w:rPr>
      </w:pPr>
      <w:r w:rsidRPr="00451C1F">
        <w:rPr>
          <w:rFonts w:ascii="Marker Felt Thin" w:hAnsi="Marker Felt Thin"/>
          <w:color w:val="D883FF"/>
          <w:sz w:val="28"/>
          <w:szCs w:val="28"/>
          <w:lang w:val="fr-FR"/>
        </w:rPr>
        <w:t>Règlement</w:t>
      </w:r>
      <w:r w:rsidR="009A2FFB" w:rsidRPr="00451C1F">
        <w:rPr>
          <w:rFonts w:ascii="Marker Felt Thin" w:hAnsi="Marker Felt Thin"/>
          <w:color w:val="D883FF"/>
          <w:sz w:val="28"/>
          <w:szCs w:val="28"/>
          <w:lang w:val="fr-FR"/>
        </w:rPr>
        <w:t xml:space="preserve"> par chèque uniquement au nom de l’APE de la Vallée</w:t>
      </w:r>
    </w:p>
    <w:p w14:paraId="07416FB2" w14:textId="77777777" w:rsidR="00451C1F" w:rsidRDefault="00451C1F" w:rsidP="00451C1F">
      <w:pPr>
        <w:rPr>
          <w:lang w:val="fr-FR"/>
        </w:rPr>
      </w:pPr>
    </w:p>
    <w:p w14:paraId="231B7BF1" w14:textId="2D9DA961" w:rsidR="00451C1F" w:rsidRPr="00451C1F" w:rsidRDefault="00451C1F" w:rsidP="00451C1F">
      <w:pPr>
        <w:pStyle w:val="Titre2"/>
        <w:spacing w:before="0"/>
        <w:rPr>
          <w:rFonts w:ascii="Marker Felt Thin" w:hAnsi="Marker Felt Thin"/>
          <w:color w:val="D883FF"/>
          <w:sz w:val="28"/>
          <w:szCs w:val="28"/>
          <w:lang w:val="fr-FR"/>
        </w:rPr>
      </w:pPr>
      <w:r>
        <w:rPr>
          <w:rFonts w:ascii="Marker Felt Thin" w:hAnsi="Marker Felt Thin"/>
          <w:color w:val="D883FF"/>
          <w:sz w:val="28"/>
          <w:szCs w:val="28"/>
          <w:lang w:val="fr-FR"/>
        </w:rPr>
        <w:t>Ouverture des portes pour l’installation à 07H</w:t>
      </w:r>
    </w:p>
    <w:p w14:paraId="1DE3B312" w14:textId="77777777" w:rsidR="009A2FFB" w:rsidRPr="00451C1F" w:rsidRDefault="009A2FFB" w:rsidP="009A2FFB">
      <w:pPr>
        <w:pStyle w:val="Titre2"/>
        <w:spacing w:before="0"/>
        <w:rPr>
          <w:rFonts w:ascii="Marker Felt Thin" w:hAnsi="Marker Felt Thin"/>
          <w:sz w:val="28"/>
          <w:szCs w:val="28"/>
          <w:lang w:val="fr-FR"/>
        </w:rPr>
      </w:pPr>
    </w:p>
    <w:p w14:paraId="5A4F935D" w14:textId="105FB22A" w:rsidR="00500B7C" w:rsidRPr="00451C1F" w:rsidRDefault="009A2FFB" w:rsidP="009A2FFB">
      <w:pPr>
        <w:pStyle w:val="Titre2"/>
        <w:spacing w:before="0"/>
        <w:rPr>
          <w:rFonts w:ascii="Marker Felt Thin" w:hAnsi="Marker Felt Thin"/>
          <w:color w:val="D883FF"/>
          <w:sz w:val="28"/>
          <w:szCs w:val="28"/>
          <w:lang w:val="fr-FR"/>
        </w:rPr>
      </w:pPr>
      <w:r w:rsidRPr="00451C1F">
        <w:rPr>
          <w:rFonts w:ascii="Marker Felt Thin" w:hAnsi="Marker Felt Thin"/>
          <w:color w:val="D883FF"/>
          <w:sz w:val="28"/>
          <w:szCs w:val="28"/>
          <w:lang w:val="fr-FR"/>
        </w:rPr>
        <w:t>Contrat Engagement</w:t>
      </w:r>
    </w:p>
    <w:p w14:paraId="39D538B8" w14:textId="77777777" w:rsidR="00500B7C" w:rsidRPr="00451C1F" w:rsidRDefault="00000000" w:rsidP="009A2FFB">
      <w:pPr>
        <w:spacing w:after="0"/>
        <w:ind w:left="720" w:firstLine="72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sz w:val="28"/>
          <w:szCs w:val="28"/>
          <w:lang w:val="fr-FR"/>
        </w:rPr>
        <w:t>Je certifie que les objets proposés sont des biens personnels d'occasion et m'engage à respecter le règlement.</w:t>
      </w:r>
    </w:p>
    <w:p w14:paraId="43201281" w14:textId="3442A8EF" w:rsidR="009A2FFB" w:rsidRPr="00451C1F" w:rsidRDefault="009A2FFB" w:rsidP="009A2FFB">
      <w:pPr>
        <w:spacing w:after="0"/>
        <w:rPr>
          <w:rFonts w:ascii="Marker Felt Thin" w:hAnsi="Marker Felt Thin"/>
          <w:sz w:val="28"/>
          <w:szCs w:val="28"/>
          <w:lang w:val="fr-FR"/>
        </w:rPr>
      </w:pPr>
    </w:p>
    <w:p w14:paraId="09F37079" w14:textId="7C579EF4" w:rsidR="008A38FD" w:rsidRPr="00451C1F" w:rsidRDefault="00D95EAA" w:rsidP="009A2FFB">
      <w:pPr>
        <w:spacing w:after="0"/>
        <w:rPr>
          <w:rFonts w:ascii="Marker Felt Thin" w:hAnsi="Marker Felt Thin"/>
          <w:sz w:val="28"/>
          <w:szCs w:val="28"/>
          <w:lang w:val="fr-FR"/>
        </w:rPr>
      </w:pPr>
      <w:r w:rsidRPr="00451C1F">
        <w:rPr>
          <w:rFonts w:ascii="Marker Felt Thin" w:hAnsi="Marker Felt Thin"/>
          <w:noProof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CDCC22" wp14:editId="441E7A81">
                <wp:simplePos x="0" y="0"/>
                <wp:positionH relativeFrom="column">
                  <wp:posOffset>3782695</wp:posOffset>
                </wp:positionH>
                <wp:positionV relativeFrom="paragraph">
                  <wp:posOffset>366733</wp:posOffset>
                </wp:positionV>
                <wp:extent cx="3454400" cy="1104900"/>
                <wp:effectExtent l="50800" t="25400" r="63500" b="76200"/>
                <wp:wrapNone/>
                <wp:docPr id="9866148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4400" cy="11049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EAB49" w14:textId="42B2A10E" w:rsidR="00CA3F38" w:rsidRDefault="00CA3F38" w:rsidP="00CA3F38">
                            <w:pPr>
                              <w:spacing w:after="0"/>
                              <w:jc w:val="center"/>
                              <w:rPr>
                                <w:rFonts w:ascii="Marker Felt Thin" w:hAnsi="Marker Felt Thin"/>
                                <w:sz w:val="40"/>
                                <w:szCs w:val="40"/>
                              </w:rPr>
                            </w:pPr>
                            <w:r w:rsidRPr="00CA3F38">
                              <w:rPr>
                                <w:rFonts w:ascii="Marker Felt Thin" w:hAnsi="Marker Felt Thin"/>
                                <w:sz w:val="40"/>
                                <w:szCs w:val="40"/>
                              </w:rPr>
                              <w:t xml:space="preserve">DATE LIMITE </w:t>
                            </w:r>
                            <w:proofErr w:type="gramStart"/>
                            <w:r w:rsidRPr="00CA3F38">
                              <w:rPr>
                                <w:rFonts w:ascii="Marker Felt Thin" w:hAnsi="Marker Felt Thin"/>
                                <w:sz w:val="40"/>
                                <w:szCs w:val="40"/>
                              </w:rPr>
                              <w:t>D’INSCRIPTION :</w:t>
                            </w:r>
                            <w:proofErr w:type="gramEnd"/>
                            <w:r w:rsidRPr="00CA3F38">
                              <w:rPr>
                                <w:rFonts w:ascii="Marker Felt Thin" w:hAnsi="Marker Felt Thin"/>
                                <w:sz w:val="40"/>
                                <w:szCs w:val="40"/>
                              </w:rPr>
                              <w:t xml:space="preserve"> 08/11/2026</w:t>
                            </w:r>
                          </w:p>
                          <w:p w14:paraId="6EEBC298" w14:textId="5F041849" w:rsidR="00DC1AD0" w:rsidRPr="00CA3F38" w:rsidRDefault="00DC1AD0" w:rsidP="00CA3F38">
                            <w:pPr>
                              <w:spacing w:after="0"/>
                              <w:jc w:val="center"/>
                              <w:rPr>
                                <w:rFonts w:ascii="Marker Felt Thin" w:hAnsi="Marker Felt Thi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arker Felt Thin" w:hAnsi="Marker Felt Thin"/>
                                <w:sz w:val="40"/>
                                <w:szCs w:val="40"/>
                              </w:rPr>
                              <w:t xml:space="preserve">Nombre de Places </w:t>
                            </w:r>
                            <w:proofErr w:type="spellStart"/>
                            <w:r>
                              <w:rPr>
                                <w:rFonts w:ascii="Marker Felt Thin" w:hAnsi="Marker Felt Thin"/>
                                <w:sz w:val="40"/>
                                <w:szCs w:val="40"/>
                              </w:rPr>
                              <w:t>Limitées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DCC22" id="Rectangle 2" o:spid="_x0000_s1027" style="position:absolute;margin-left:297.85pt;margin-top:28.9pt;width:272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" fillcolor="#0070c0" strokecolor="#4579b8 [3044]">
                <v:shadow on="t" color="black" opacity="22937f" origin=",.5" offset="0,.63889mm"/>
                <v:textbox>
                  <w:txbxContent>
                    <w:p w14:paraId="270EAB49" w14:textId="42B2A10E" w:rsidR="00CA3F38" w:rsidRDefault="00CA3F38" w:rsidP="00CA3F38">
                      <w:pPr>
                        <w:spacing w:after="0"/>
                        <w:jc w:val="center"/>
                        <w:rPr>
                          <w:rFonts w:ascii="Marker Felt Thin" w:hAnsi="Marker Felt Thin"/>
                          <w:sz w:val="40"/>
                          <w:szCs w:val="40"/>
                        </w:rPr>
                      </w:pPr>
                      <w:r w:rsidRPr="00CA3F38">
                        <w:rPr>
                          <w:rFonts w:ascii="Marker Felt Thin" w:hAnsi="Marker Felt Thin"/>
                          <w:sz w:val="40"/>
                          <w:szCs w:val="40"/>
                        </w:rPr>
                        <w:t xml:space="preserve">DATE LIMITE </w:t>
                      </w:r>
                      <w:proofErr w:type="gramStart"/>
                      <w:r w:rsidRPr="00CA3F38">
                        <w:rPr>
                          <w:rFonts w:ascii="Marker Felt Thin" w:hAnsi="Marker Felt Thin"/>
                          <w:sz w:val="40"/>
                          <w:szCs w:val="40"/>
                        </w:rPr>
                        <w:t>D’INSCRIPTION :</w:t>
                      </w:r>
                      <w:proofErr w:type="gramEnd"/>
                      <w:r w:rsidRPr="00CA3F38">
                        <w:rPr>
                          <w:rFonts w:ascii="Marker Felt Thin" w:hAnsi="Marker Felt Thin"/>
                          <w:sz w:val="40"/>
                          <w:szCs w:val="40"/>
                        </w:rPr>
                        <w:t xml:space="preserve"> 08/11/2026</w:t>
                      </w:r>
                    </w:p>
                    <w:p w14:paraId="6EEBC298" w14:textId="5F041849" w:rsidR="00DC1AD0" w:rsidRPr="00CA3F38" w:rsidRDefault="00DC1AD0" w:rsidP="00CA3F38">
                      <w:pPr>
                        <w:spacing w:after="0"/>
                        <w:jc w:val="center"/>
                        <w:rPr>
                          <w:rFonts w:ascii="Marker Felt Thin" w:hAnsi="Marker Felt Thin"/>
                          <w:sz w:val="40"/>
                          <w:szCs w:val="40"/>
                        </w:rPr>
                      </w:pPr>
                      <w:r>
                        <w:rPr>
                          <w:rFonts w:ascii="Marker Felt Thin" w:hAnsi="Marker Felt Thin"/>
                          <w:sz w:val="40"/>
                          <w:szCs w:val="40"/>
                        </w:rPr>
                        <w:t xml:space="preserve">Nombre de Places </w:t>
                      </w:r>
                      <w:proofErr w:type="spellStart"/>
                      <w:r>
                        <w:rPr>
                          <w:rFonts w:ascii="Marker Felt Thin" w:hAnsi="Marker Felt Thin"/>
                          <w:sz w:val="40"/>
                          <w:szCs w:val="40"/>
                        </w:rPr>
                        <w:t>Limitées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CA3F38" w:rsidRPr="00451C1F">
        <w:rPr>
          <w:rFonts w:ascii="Marker Felt Thin" w:hAnsi="Marker Felt Thin"/>
          <w:sz w:val="28"/>
          <w:szCs w:val="28"/>
          <w:lang w:val="fr-FR"/>
        </w:rPr>
        <w:t>Fait à ______________</w:t>
      </w:r>
      <w:proofErr w:type="gramStart"/>
      <w:r w:rsidR="00CA3F38" w:rsidRPr="00451C1F">
        <w:rPr>
          <w:rFonts w:ascii="Marker Felt Thin" w:hAnsi="Marker Felt Thin"/>
          <w:sz w:val="28"/>
          <w:szCs w:val="28"/>
          <w:lang w:val="fr-FR"/>
        </w:rPr>
        <w:t>_  Le</w:t>
      </w:r>
      <w:proofErr w:type="gramEnd"/>
      <w:r w:rsidR="00CA3F38" w:rsidRPr="00451C1F">
        <w:rPr>
          <w:rFonts w:ascii="Marker Felt Thin" w:hAnsi="Marker Felt Thin"/>
          <w:sz w:val="28"/>
          <w:szCs w:val="28"/>
          <w:lang w:val="fr-FR"/>
        </w:rPr>
        <w:t xml:space="preserve"> ___/___/_</w:t>
      </w:r>
      <w:r w:rsidR="00DC1AD0" w:rsidRPr="00451C1F">
        <w:rPr>
          <w:rFonts w:ascii="Marker Felt Thin" w:hAnsi="Marker Felt Thin"/>
          <w:sz w:val="28"/>
          <w:szCs w:val="28"/>
          <w:lang w:val="fr-FR"/>
        </w:rPr>
        <w:t>___</w:t>
      </w:r>
      <w:r w:rsidR="00CA3F38" w:rsidRPr="00451C1F">
        <w:rPr>
          <w:rFonts w:ascii="Marker Felt Thin" w:hAnsi="Marker Felt Thin"/>
          <w:sz w:val="28"/>
          <w:szCs w:val="28"/>
          <w:lang w:val="fr-FR"/>
        </w:rPr>
        <w:br/>
      </w:r>
      <w:r w:rsidR="00CA3F38" w:rsidRPr="00451C1F">
        <w:rPr>
          <w:rFonts w:ascii="Marker Felt Thin" w:hAnsi="Marker Felt Thin"/>
          <w:sz w:val="28"/>
          <w:szCs w:val="28"/>
          <w:lang w:val="fr-FR"/>
        </w:rPr>
        <w:br/>
        <w:t xml:space="preserve">Signature : </w:t>
      </w:r>
    </w:p>
    <w:sectPr w:rsidR="008A38FD" w:rsidRPr="00451C1F" w:rsidSect="009A2FFB">
      <w:pgSz w:w="12240" w:h="15840"/>
      <w:pgMar w:top="567" w:right="567" w:bottom="567" w:left="56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ker Felt Thin">
    <w:altName w:val="MARKER FELT THIN"/>
    <w:panose1 w:val="02000400000000000000"/>
    <w:charset w:val="4D"/>
    <w:family w:val="auto"/>
    <w:pitch w:val="variable"/>
    <w:sig w:usb0="80000063" w:usb1="00000040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6A7920"/>
    <w:multiLevelType w:val="hybridMultilevel"/>
    <w:tmpl w:val="251AE37E"/>
    <w:lvl w:ilvl="0" w:tplc="9438CC34">
      <w:start w:val="1"/>
      <w:numFmt w:val="bullet"/>
      <w:lvlText w:val=""/>
      <w:lvlJc w:val="left"/>
      <w:pPr>
        <w:ind w:left="-32767" w:hanging="32409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15212"/>
    <w:multiLevelType w:val="hybridMultilevel"/>
    <w:tmpl w:val="68DC36E2"/>
    <w:lvl w:ilvl="0" w:tplc="9438CC34">
      <w:start w:val="1"/>
      <w:numFmt w:val="bullet"/>
      <w:lvlText w:val=""/>
      <w:lvlJc w:val="left"/>
      <w:pPr>
        <w:ind w:left="-32767" w:hanging="32409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D979EA"/>
    <w:multiLevelType w:val="hybridMultilevel"/>
    <w:tmpl w:val="A20C2FB4"/>
    <w:lvl w:ilvl="0" w:tplc="9438CC34">
      <w:start w:val="1"/>
      <w:numFmt w:val="bullet"/>
      <w:lvlText w:val=""/>
      <w:lvlJc w:val="left"/>
      <w:pPr>
        <w:ind w:left="-32767" w:hanging="32409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E169B"/>
    <w:multiLevelType w:val="hybridMultilevel"/>
    <w:tmpl w:val="DF86CD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026284">
    <w:abstractNumId w:val="8"/>
  </w:num>
  <w:num w:numId="2" w16cid:durableId="1351223823">
    <w:abstractNumId w:val="6"/>
  </w:num>
  <w:num w:numId="3" w16cid:durableId="440610946">
    <w:abstractNumId w:val="5"/>
  </w:num>
  <w:num w:numId="4" w16cid:durableId="369457206">
    <w:abstractNumId w:val="4"/>
  </w:num>
  <w:num w:numId="5" w16cid:durableId="1101876597">
    <w:abstractNumId w:val="7"/>
  </w:num>
  <w:num w:numId="6" w16cid:durableId="1567059861">
    <w:abstractNumId w:val="3"/>
  </w:num>
  <w:num w:numId="7" w16cid:durableId="306858301">
    <w:abstractNumId w:val="2"/>
  </w:num>
  <w:num w:numId="8" w16cid:durableId="265889153">
    <w:abstractNumId w:val="1"/>
  </w:num>
  <w:num w:numId="9" w16cid:durableId="1682468050">
    <w:abstractNumId w:val="0"/>
  </w:num>
  <w:num w:numId="10" w16cid:durableId="892887279">
    <w:abstractNumId w:val="12"/>
  </w:num>
  <w:num w:numId="11" w16cid:durableId="895051348">
    <w:abstractNumId w:val="10"/>
  </w:num>
  <w:num w:numId="12" w16cid:durableId="1327171173">
    <w:abstractNumId w:val="11"/>
  </w:num>
  <w:num w:numId="13" w16cid:durableId="6908532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1C1F"/>
    <w:rsid w:val="004649B8"/>
    <w:rsid w:val="00500B7C"/>
    <w:rsid w:val="005A7438"/>
    <w:rsid w:val="005D1056"/>
    <w:rsid w:val="00637489"/>
    <w:rsid w:val="007838F6"/>
    <w:rsid w:val="008A38FD"/>
    <w:rsid w:val="009A2FFB"/>
    <w:rsid w:val="00A26758"/>
    <w:rsid w:val="00AA1D8D"/>
    <w:rsid w:val="00B47730"/>
    <w:rsid w:val="00B61518"/>
    <w:rsid w:val="00CA3F38"/>
    <w:rsid w:val="00CB0664"/>
    <w:rsid w:val="00D95EAA"/>
    <w:rsid w:val="00DC1AD0"/>
    <w:rsid w:val="00E101DE"/>
    <w:rsid w:val="00EC2F66"/>
    <w:rsid w:val="00EE54D7"/>
    <w:rsid w:val="00F03F21"/>
    <w:rsid w:val="00FC25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512D83"/>
  <w14:defaultImageDpi w14:val="300"/>
  <w15:docId w15:val="{6999052D-CB93-2A41-A54D-87E5694F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8A38F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A38F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C1A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THOUMIRE Nathalie</cp:lastModifiedBy>
  <cp:revision>11</cp:revision>
  <dcterms:created xsi:type="dcterms:W3CDTF">2026-09-23T09:41:00Z</dcterms:created>
  <dcterms:modified xsi:type="dcterms:W3CDTF">2026-09-26T15:03:00Z</dcterms:modified>
  <cp:category/>
</cp:coreProperties>
</file>