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A6E67" w14:textId="0A59512B" w:rsidR="0036003B" w:rsidRDefault="00CA793B" w:rsidP="0036003B">
      <w:pPr>
        <w:pStyle w:val="Titre"/>
        <w:jc w:val="center"/>
        <w:rPr>
          <w:rFonts w:ascii="Aptos" w:hAnsi="Aptos" w:cs="Aldhabi"/>
          <w:sz w:val="32"/>
          <w:szCs w:val="32"/>
        </w:rPr>
      </w:pPr>
      <w:r w:rsidRPr="0073786C">
        <w:rPr>
          <w:rFonts w:ascii="Aptos" w:hAnsi="Aptos" w:cs="Aldhabi"/>
          <w:sz w:val="32"/>
          <w:szCs w:val="32"/>
        </w:rPr>
        <w:t xml:space="preserve">BULLETIN D’INSCRIPTION </w:t>
      </w:r>
    </w:p>
    <w:p w14:paraId="4A8182F5" w14:textId="77777777" w:rsidR="00A96BF9" w:rsidRPr="00A96BF9" w:rsidRDefault="00A96BF9" w:rsidP="00A96BF9"/>
    <w:p w14:paraId="7650AB29" w14:textId="7C1B967B" w:rsidR="00C551F9" w:rsidRPr="0073786C" w:rsidRDefault="00CA793B" w:rsidP="0036003B">
      <w:pPr>
        <w:pStyle w:val="Titre"/>
        <w:jc w:val="center"/>
        <w:rPr>
          <w:rFonts w:ascii="Aptos" w:hAnsi="Aptos" w:cs="Aldhabi"/>
          <w:sz w:val="32"/>
          <w:szCs w:val="32"/>
        </w:rPr>
      </w:pPr>
      <w:r w:rsidRPr="0073786C">
        <w:rPr>
          <w:rFonts w:ascii="Aptos" w:hAnsi="Aptos" w:cs="Aldhabi"/>
          <w:sz w:val="32"/>
          <w:szCs w:val="32"/>
        </w:rPr>
        <w:t>FOIRE À TOUT</w:t>
      </w:r>
      <w:r w:rsidR="0036003B" w:rsidRPr="0073786C">
        <w:rPr>
          <w:rFonts w:ascii="Aptos" w:hAnsi="Aptos" w:cs="Aldhabi"/>
          <w:sz w:val="32"/>
          <w:szCs w:val="32"/>
        </w:rPr>
        <w:t xml:space="preserve"> – LE PIN 14590</w:t>
      </w:r>
    </w:p>
    <w:p w14:paraId="4FD9417F" w14:textId="160B308C" w:rsidR="00C551F9" w:rsidRPr="0073786C" w:rsidRDefault="00CA793B" w:rsidP="0036003B">
      <w:pPr>
        <w:jc w:val="center"/>
        <w:rPr>
          <w:rFonts w:ascii="Aptos" w:hAnsi="Aptos" w:cs="Aldhabi"/>
          <w:sz w:val="28"/>
          <w:szCs w:val="28"/>
        </w:rPr>
      </w:pPr>
      <w:r w:rsidRPr="0073786C">
        <w:rPr>
          <w:rFonts w:ascii="Aptos" w:hAnsi="Aptos" w:cs="Aldhabi"/>
          <w:sz w:val="28"/>
          <w:szCs w:val="28"/>
        </w:rPr>
        <w:t xml:space="preserve">Samedi 15 </w:t>
      </w:r>
      <w:r w:rsidR="0073786C">
        <w:rPr>
          <w:rFonts w:ascii="Aptos" w:hAnsi="Aptos" w:cs="Aldhabi"/>
          <w:sz w:val="28"/>
          <w:szCs w:val="28"/>
        </w:rPr>
        <w:t>a</w:t>
      </w:r>
      <w:r w:rsidRPr="0073786C">
        <w:rPr>
          <w:rFonts w:ascii="Aptos" w:hAnsi="Aptos" w:cs="Aldhabi"/>
          <w:sz w:val="28"/>
          <w:szCs w:val="28"/>
        </w:rPr>
        <w:t>oût 2026</w:t>
      </w:r>
    </w:p>
    <w:p w14:paraId="5CB276CF" w14:textId="77777777" w:rsidR="00C551F9" w:rsidRPr="0073786C" w:rsidRDefault="00CA793B" w:rsidP="0036003B">
      <w:pPr>
        <w:jc w:val="center"/>
        <w:rPr>
          <w:rFonts w:ascii="Aptos" w:hAnsi="Aptos" w:cs="Aldhabi"/>
          <w:sz w:val="28"/>
          <w:szCs w:val="28"/>
        </w:rPr>
      </w:pPr>
      <w:r w:rsidRPr="0073786C">
        <w:rPr>
          <w:rFonts w:ascii="Aptos" w:hAnsi="Aptos" w:cs="Aldhabi"/>
          <w:sz w:val="28"/>
          <w:szCs w:val="28"/>
        </w:rPr>
        <w:t>Accueil exposants à partir de 6h30</w:t>
      </w:r>
    </w:p>
    <w:p w14:paraId="4584BC97" w14:textId="14EE3196" w:rsidR="00C551F9" w:rsidRPr="0073786C" w:rsidRDefault="00CA793B" w:rsidP="0036003B">
      <w:pPr>
        <w:jc w:val="center"/>
        <w:rPr>
          <w:rFonts w:ascii="Aptos" w:hAnsi="Aptos" w:cs="Aldhabi"/>
          <w:sz w:val="28"/>
          <w:szCs w:val="28"/>
        </w:rPr>
      </w:pPr>
      <w:proofErr w:type="gramStart"/>
      <w:r w:rsidRPr="0073786C">
        <w:rPr>
          <w:rFonts w:ascii="Aptos" w:hAnsi="Aptos" w:cs="Aldhabi"/>
          <w:sz w:val="28"/>
          <w:szCs w:val="28"/>
        </w:rPr>
        <w:t>Lieu :</w:t>
      </w:r>
      <w:proofErr w:type="gramEnd"/>
      <w:r w:rsidRPr="0073786C">
        <w:rPr>
          <w:rFonts w:ascii="Aptos" w:hAnsi="Aptos" w:cs="Aldhabi"/>
          <w:sz w:val="28"/>
          <w:szCs w:val="28"/>
        </w:rPr>
        <w:t xml:space="preserve"> Cour d</w:t>
      </w:r>
      <w:r w:rsidR="009E7036">
        <w:rPr>
          <w:rFonts w:ascii="Aptos" w:hAnsi="Aptos" w:cs="Aldhabi"/>
          <w:sz w:val="28"/>
          <w:szCs w:val="28"/>
        </w:rPr>
        <w:t>e l</w:t>
      </w:r>
      <w:r w:rsidRPr="0073786C">
        <w:rPr>
          <w:rFonts w:ascii="Aptos" w:hAnsi="Aptos" w:cs="Aldhabi"/>
          <w:sz w:val="28"/>
          <w:szCs w:val="28"/>
        </w:rPr>
        <w:t>’école</w:t>
      </w:r>
    </w:p>
    <w:p w14:paraId="18E8DB95" w14:textId="10E65EEC" w:rsidR="00C551F9" w:rsidRPr="0073786C" w:rsidRDefault="00CA793B">
      <w:pPr>
        <w:rPr>
          <w:rFonts w:ascii="Aptos" w:hAnsi="Aptos" w:cs="Aldhabi"/>
          <w:sz w:val="24"/>
          <w:szCs w:val="24"/>
        </w:rPr>
      </w:pPr>
      <w:proofErr w:type="gramStart"/>
      <w:r w:rsidRPr="0073786C">
        <w:rPr>
          <w:rFonts w:ascii="Aptos" w:hAnsi="Aptos" w:cs="Aldhabi"/>
          <w:sz w:val="24"/>
          <w:szCs w:val="24"/>
        </w:rPr>
        <w:t>Nom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...............................................................</w:t>
      </w:r>
    </w:p>
    <w:p w14:paraId="383C9DA6" w14:textId="77777777" w:rsidR="00C551F9" w:rsidRPr="0073786C" w:rsidRDefault="00CA793B">
      <w:pPr>
        <w:rPr>
          <w:rFonts w:ascii="Aptos" w:hAnsi="Aptos" w:cs="Aldhabi"/>
          <w:sz w:val="24"/>
          <w:szCs w:val="24"/>
        </w:rPr>
      </w:pPr>
      <w:proofErr w:type="gramStart"/>
      <w:r w:rsidRPr="0073786C">
        <w:rPr>
          <w:rFonts w:ascii="Aptos" w:hAnsi="Aptos" w:cs="Aldhabi"/>
          <w:sz w:val="24"/>
          <w:szCs w:val="24"/>
        </w:rPr>
        <w:t>Prénom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...............................................................</w:t>
      </w:r>
    </w:p>
    <w:p w14:paraId="0878BDD4" w14:textId="77777777" w:rsidR="00C551F9" w:rsidRPr="0073786C" w:rsidRDefault="00CA793B">
      <w:pPr>
        <w:rPr>
          <w:rFonts w:ascii="Aptos" w:hAnsi="Aptos" w:cs="Aldhabi"/>
          <w:sz w:val="24"/>
          <w:szCs w:val="24"/>
        </w:rPr>
      </w:pPr>
      <w:proofErr w:type="gramStart"/>
      <w:r w:rsidRPr="0073786C">
        <w:rPr>
          <w:rFonts w:ascii="Aptos" w:hAnsi="Aptos" w:cs="Aldhabi"/>
          <w:sz w:val="24"/>
          <w:szCs w:val="24"/>
        </w:rPr>
        <w:t>Adresse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...............................................................</w:t>
      </w:r>
    </w:p>
    <w:p w14:paraId="1B171D4C" w14:textId="78536D15" w:rsidR="00C551F9" w:rsidRPr="0073786C" w:rsidRDefault="00CA793B">
      <w:pPr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 xml:space="preserve">Code </w:t>
      </w:r>
      <w:proofErr w:type="gramStart"/>
      <w:r w:rsidRPr="0073786C">
        <w:rPr>
          <w:rFonts w:ascii="Aptos" w:hAnsi="Aptos" w:cs="Aldhabi"/>
          <w:sz w:val="24"/>
          <w:szCs w:val="24"/>
        </w:rPr>
        <w:t>postal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..............</w:t>
      </w:r>
      <w:r w:rsidR="0073786C">
        <w:rPr>
          <w:rFonts w:ascii="Aptos" w:hAnsi="Aptos" w:cs="Aldhabi"/>
          <w:sz w:val="24"/>
          <w:szCs w:val="24"/>
        </w:rPr>
        <w:t>...</w:t>
      </w:r>
      <w:r w:rsidR="0073786C">
        <w:rPr>
          <w:rFonts w:ascii="Aptos" w:hAnsi="Aptos" w:cs="Aldhabi"/>
          <w:sz w:val="24"/>
          <w:szCs w:val="24"/>
        </w:rPr>
        <w:tab/>
      </w:r>
      <w:r w:rsidR="0073786C">
        <w:rPr>
          <w:rFonts w:ascii="Aptos" w:hAnsi="Aptos" w:cs="Aldhabi"/>
          <w:sz w:val="24"/>
          <w:szCs w:val="24"/>
        </w:rPr>
        <w:tab/>
      </w:r>
      <w:r w:rsidRPr="0073786C">
        <w:rPr>
          <w:rFonts w:ascii="Aptos" w:hAnsi="Aptos" w:cs="Aldhabi"/>
          <w:sz w:val="24"/>
          <w:szCs w:val="24"/>
        </w:rPr>
        <w:t xml:space="preserve"> </w:t>
      </w:r>
      <w:proofErr w:type="gramStart"/>
      <w:r w:rsidRPr="0073786C">
        <w:rPr>
          <w:rFonts w:ascii="Aptos" w:hAnsi="Aptos" w:cs="Aldhabi"/>
          <w:sz w:val="24"/>
          <w:szCs w:val="24"/>
        </w:rPr>
        <w:t>Ville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...............................</w:t>
      </w:r>
    </w:p>
    <w:p w14:paraId="60CBB7B0" w14:textId="77777777" w:rsidR="00C551F9" w:rsidRPr="0073786C" w:rsidRDefault="00CA793B">
      <w:pPr>
        <w:rPr>
          <w:rFonts w:ascii="Aptos" w:hAnsi="Aptos" w:cs="Aldhabi"/>
          <w:sz w:val="24"/>
          <w:szCs w:val="24"/>
        </w:rPr>
      </w:pPr>
      <w:proofErr w:type="gramStart"/>
      <w:r w:rsidRPr="0073786C">
        <w:rPr>
          <w:rFonts w:ascii="Aptos" w:hAnsi="Aptos" w:cs="Aldhabi"/>
          <w:sz w:val="24"/>
          <w:szCs w:val="24"/>
        </w:rPr>
        <w:t>Téléphone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...............................................................</w:t>
      </w:r>
    </w:p>
    <w:p w14:paraId="0252B4EE" w14:textId="10F104B6" w:rsidR="00C551F9" w:rsidRPr="0073786C" w:rsidRDefault="00CA793B">
      <w:pPr>
        <w:rPr>
          <w:rFonts w:ascii="Aptos" w:hAnsi="Aptos" w:cs="Aldhabi"/>
          <w:sz w:val="24"/>
          <w:szCs w:val="24"/>
        </w:rPr>
      </w:pPr>
      <w:proofErr w:type="gramStart"/>
      <w:r w:rsidRPr="0073786C">
        <w:rPr>
          <w:rFonts w:ascii="Aptos" w:hAnsi="Aptos" w:cs="Aldhabi"/>
          <w:sz w:val="24"/>
          <w:szCs w:val="24"/>
        </w:rPr>
        <w:t>E</w:t>
      </w:r>
      <w:r w:rsidR="009E7036">
        <w:rPr>
          <w:rFonts w:ascii="Aptos" w:hAnsi="Aptos" w:cs="Aldhabi"/>
          <w:sz w:val="24"/>
          <w:szCs w:val="24"/>
        </w:rPr>
        <w:t>-</w:t>
      </w:r>
      <w:r w:rsidRPr="0073786C">
        <w:rPr>
          <w:rFonts w:ascii="Aptos" w:hAnsi="Aptos" w:cs="Aldhabi"/>
          <w:sz w:val="24"/>
          <w:szCs w:val="24"/>
        </w:rPr>
        <w:t>mail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...............................................................</w:t>
      </w:r>
    </w:p>
    <w:p w14:paraId="39F3C7B5" w14:textId="465788BA" w:rsidR="00C551F9" w:rsidRPr="0073786C" w:rsidRDefault="0036003B">
      <w:pPr>
        <w:pStyle w:val="Titre1"/>
        <w:rPr>
          <w:rFonts w:ascii="Aptos" w:hAnsi="Aptos" w:cs="Aldhabi"/>
          <w:sz w:val="24"/>
          <w:szCs w:val="24"/>
        </w:rPr>
      </w:pPr>
      <w:proofErr w:type="gramStart"/>
      <w:r w:rsidRPr="0073786C">
        <w:rPr>
          <w:rFonts w:ascii="Aptos" w:hAnsi="Aptos" w:cs="Aldhabi"/>
          <w:sz w:val="24"/>
          <w:szCs w:val="24"/>
        </w:rPr>
        <w:t>EMPLACEMENT :</w:t>
      </w:r>
      <w:proofErr w:type="gramEnd"/>
    </w:p>
    <w:p w14:paraId="2C2EEA33" w14:textId="77777777" w:rsidR="0036003B" w:rsidRPr="0073786C" w:rsidRDefault="0036003B" w:rsidP="0036003B">
      <w:pPr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>3 € le mètre linéaire</w:t>
      </w:r>
    </w:p>
    <w:p w14:paraId="58413BE7" w14:textId="045B86BF" w:rsidR="00C551F9" w:rsidRPr="0073786C" w:rsidRDefault="00CA793B">
      <w:pPr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 xml:space="preserve">Nombre de mètres </w:t>
      </w:r>
      <w:proofErr w:type="gramStart"/>
      <w:r w:rsidRPr="0073786C">
        <w:rPr>
          <w:rFonts w:ascii="Aptos" w:hAnsi="Aptos" w:cs="Aldhabi"/>
          <w:sz w:val="24"/>
          <w:szCs w:val="24"/>
        </w:rPr>
        <w:t>souhaités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...........</w:t>
      </w:r>
      <w:r w:rsidR="0073786C" w:rsidRPr="0073786C">
        <w:rPr>
          <w:rFonts w:ascii="Aptos" w:hAnsi="Aptos" w:cs="Aldhabi"/>
          <w:sz w:val="24"/>
          <w:szCs w:val="24"/>
        </w:rPr>
        <w:t>...</w:t>
      </w:r>
      <w:r w:rsidRPr="0073786C">
        <w:rPr>
          <w:rFonts w:ascii="Aptos" w:hAnsi="Aptos" w:cs="Aldhabi"/>
          <w:sz w:val="24"/>
          <w:szCs w:val="24"/>
        </w:rPr>
        <w:t xml:space="preserve">.... </w:t>
      </w:r>
      <w:r w:rsidR="0073786C">
        <w:rPr>
          <w:rFonts w:ascii="Aptos" w:hAnsi="Aptos" w:cs="Aldhabi"/>
          <w:sz w:val="24"/>
          <w:szCs w:val="24"/>
        </w:rPr>
        <w:t>Mètres</w:t>
      </w:r>
    </w:p>
    <w:p w14:paraId="59A3F2E5" w14:textId="0AC5BCD0" w:rsidR="00C551F9" w:rsidRPr="0073786C" w:rsidRDefault="00CA793B">
      <w:pPr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>Véhicule sur emplacement</w:t>
      </w:r>
      <w:r w:rsidR="0036003B" w:rsidRPr="0073786C">
        <w:rPr>
          <w:rFonts w:ascii="Aptos" w:hAnsi="Aptos" w:cs="Aldhabi"/>
          <w:sz w:val="24"/>
          <w:szCs w:val="24"/>
        </w:rPr>
        <w:t xml:space="preserve"> possible à partir de </w:t>
      </w:r>
      <w:r w:rsidR="0073786C" w:rsidRPr="0073786C">
        <w:rPr>
          <w:rFonts w:ascii="Aptos" w:hAnsi="Aptos" w:cs="Aldhabi"/>
          <w:sz w:val="24"/>
          <w:szCs w:val="24"/>
        </w:rPr>
        <w:t>5</w:t>
      </w:r>
      <w:r w:rsidR="0073786C">
        <w:rPr>
          <w:rFonts w:ascii="Aptos" w:hAnsi="Aptos" w:cs="Aldhabi"/>
          <w:sz w:val="24"/>
          <w:szCs w:val="24"/>
        </w:rPr>
        <w:t xml:space="preserve"> </w:t>
      </w:r>
      <w:proofErr w:type="gramStart"/>
      <w:r w:rsidR="0073786C">
        <w:rPr>
          <w:rFonts w:ascii="Aptos" w:hAnsi="Aptos" w:cs="Aldhabi"/>
          <w:sz w:val="24"/>
          <w:szCs w:val="24"/>
        </w:rPr>
        <w:t>mètres</w:t>
      </w:r>
      <w:r w:rsidR="0036003B" w:rsidRPr="0073786C">
        <w:rPr>
          <w:rFonts w:ascii="Aptos" w:hAnsi="Aptos" w:cs="Aldhabi"/>
          <w:sz w:val="24"/>
          <w:szCs w:val="24"/>
        </w:rPr>
        <w:t xml:space="preserve"> </w:t>
      </w:r>
      <w:r w:rsidRPr="0073786C">
        <w:rPr>
          <w:rFonts w:ascii="Aptos" w:hAnsi="Aptos" w:cs="Aldhabi"/>
          <w:sz w:val="24"/>
          <w:szCs w:val="24"/>
        </w:rPr>
        <w:t>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</w:t>
      </w:r>
      <w:r w:rsidR="0073786C">
        <w:rPr>
          <w:rFonts w:ascii="Aptos" w:hAnsi="Aptos" w:cs="Aldhabi"/>
          <w:sz w:val="24"/>
          <w:szCs w:val="24"/>
        </w:rPr>
        <w:tab/>
      </w:r>
      <w:r w:rsidRPr="0073786C">
        <w:rPr>
          <w:rFonts w:ascii="Aptos" w:hAnsi="Aptos" w:cs="Aldhabi"/>
          <w:sz w:val="24"/>
          <w:szCs w:val="24"/>
        </w:rPr>
        <w:t>Oui / Non</w:t>
      </w:r>
    </w:p>
    <w:p w14:paraId="083F4FB1" w14:textId="77777777" w:rsidR="0036003B" w:rsidRDefault="0036003B">
      <w:pPr>
        <w:rPr>
          <w:rFonts w:ascii="Aptos" w:hAnsi="Aptos" w:cs="Aldhabi"/>
          <w:sz w:val="24"/>
          <w:szCs w:val="24"/>
        </w:rPr>
      </w:pPr>
    </w:p>
    <w:p w14:paraId="03C202CB" w14:textId="44F1C691" w:rsidR="0036003B" w:rsidRPr="0073786C" w:rsidRDefault="0036003B" w:rsidP="0036003B">
      <w:pPr>
        <w:jc w:val="center"/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 xml:space="preserve">Bulletin à </w:t>
      </w:r>
      <w:proofErr w:type="gramStart"/>
      <w:r w:rsidRPr="0073786C">
        <w:rPr>
          <w:rFonts w:ascii="Aptos" w:hAnsi="Aptos" w:cs="Aldhabi"/>
          <w:sz w:val="24"/>
          <w:szCs w:val="24"/>
        </w:rPr>
        <w:t>retourner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 Mairie – 15 rue de l’Eglise – 14590 LE PIN</w:t>
      </w:r>
    </w:p>
    <w:p w14:paraId="712130DA" w14:textId="7F11B6F0" w:rsidR="0036003B" w:rsidRPr="0073786C" w:rsidRDefault="0036003B" w:rsidP="0036003B">
      <w:pPr>
        <w:jc w:val="center"/>
        <w:rPr>
          <w:rFonts w:ascii="Aptos" w:hAnsi="Aptos" w:cs="Aldhabi"/>
          <w:sz w:val="24"/>
          <w:szCs w:val="24"/>
        </w:rPr>
      </w:pPr>
      <w:proofErr w:type="gramStart"/>
      <w:r w:rsidRPr="0073786C">
        <w:rPr>
          <w:rFonts w:ascii="Aptos" w:hAnsi="Aptos" w:cs="Aldhabi"/>
          <w:sz w:val="24"/>
          <w:szCs w:val="24"/>
        </w:rPr>
        <w:t>Information :</w:t>
      </w:r>
      <w:proofErr w:type="gramEnd"/>
      <w:r w:rsidRPr="0073786C">
        <w:rPr>
          <w:rFonts w:ascii="Aptos" w:hAnsi="Aptos" w:cs="Aldhabi"/>
          <w:sz w:val="24"/>
          <w:szCs w:val="24"/>
        </w:rPr>
        <w:t xml:space="preserve"> </w:t>
      </w:r>
      <w:r w:rsidR="00CA793B" w:rsidRPr="0073786C">
        <w:rPr>
          <w:rFonts w:ascii="Aptos" w:hAnsi="Aptos" w:cs="Aldhabi"/>
          <w:sz w:val="24"/>
          <w:szCs w:val="24"/>
        </w:rPr>
        <w:t>06 59 55 16 49</w:t>
      </w:r>
      <w:r w:rsidRPr="0073786C">
        <w:rPr>
          <w:rFonts w:ascii="Aptos" w:hAnsi="Aptos" w:cs="Aldhabi"/>
          <w:sz w:val="24"/>
          <w:szCs w:val="24"/>
        </w:rPr>
        <w:t xml:space="preserve"> - </w:t>
      </w:r>
      <w:r w:rsidR="00CA793B" w:rsidRPr="0073786C">
        <w:rPr>
          <w:rFonts w:ascii="Aptos" w:hAnsi="Aptos" w:cs="Aldhabi"/>
          <w:sz w:val="24"/>
          <w:szCs w:val="24"/>
        </w:rPr>
        <w:t>06 62 16 63 63</w:t>
      </w:r>
    </w:p>
    <w:p w14:paraId="4B072584" w14:textId="0A5B7196" w:rsidR="0036003B" w:rsidRPr="0073786C" w:rsidRDefault="0036003B" w:rsidP="0036003B">
      <w:pPr>
        <w:pStyle w:val="Titre1"/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>PIÈCES A JOINDRE</w:t>
      </w:r>
    </w:p>
    <w:p w14:paraId="6C3718EF" w14:textId="74497000" w:rsidR="0036003B" w:rsidRDefault="0036003B" w:rsidP="0036003B">
      <w:pPr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 xml:space="preserve">- Photocopie d’une pièce d’identité + </w:t>
      </w:r>
      <w:r w:rsidR="00A96BF9">
        <w:rPr>
          <w:rFonts w:ascii="Aptos" w:hAnsi="Aptos" w:cs="Aldhabi"/>
          <w:sz w:val="24"/>
          <w:szCs w:val="24"/>
        </w:rPr>
        <w:t>r</w:t>
      </w:r>
      <w:r w:rsidRPr="0073786C">
        <w:rPr>
          <w:rFonts w:ascii="Aptos" w:hAnsi="Aptos" w:cs="Aldhabi"/>
          <w:sz w:val="24"/>
          <w:szCs w:val="24"/>
        </w:rPr>
        <w:t>èglement à l’ordre de La Récré Pinoise</w:t>
      </w:r>
    </w:p>
    <w:p w14:paraId="60E0932D" w14:textId="77777777" w:rsidR="0073786C" w:rsidRPr="0073786C" w:rsidRDefault="0073786C" w:rsidP="0036003B">
      <w:pPr>
        <w:rPr>
          <w:rFonts w:ascii="Aptos" w:hAnsi="Aptos" w:cs="Aldhabi"/>
          <w:sz w:val="24"/>
          <w:szCs w:val="24"/>
        </w:rPr>
      </w:pPr>
    </w:p>
    <w:p w14:paraId="00236274" w14:textId="3EF5E0E5" w:rsidR="00C551F9" w:rsidRPr="0073786C" w:rsidRDefault="00CA793B" w:rsidP="0036003B">
      <w:pPr>
        <w:jc w:val="center"/>
        <w:rPr>
          <w:rFonts w:ascii="Aptos" w:hAnsi="Aptos" w:cs="Aldhabi"/>
          <w:sz w:val="24"/>
          <w:szCs w:val="24"/>
        </w:rPr>
      </w:pPr>
      <w:r w:rsidRPr="0073786C">
        <w:rPr>
          <w:rFonts w:ascii="Aptos" w:hAnsi="Aptos" w:cs="Aldhabi"/>
          <w:sz w:val="24"/>
          <w:szCs w:val="24"/>
        </w:rPr>
        <w:t>Organisée par la Récré Pinoise</w:t>
      </w:r>
    </w:p>
    <w:sectPr w:rsidR="00C551F9" w:rsidRPr="007378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940100">
    <w:abstractNumId w:val="8"/>
  </w:num>
  <w:num w:numId="2" w16cid:durableId="562762153">
    <w:abstractNumId w:val="6"/>
  </w:num>
  <w:num w:numId="3" w16cid:durableId="211161133">
    <w:abstractNumId w:val="5"/>
  </w:num>
  <w:num w:numId="4" w16cid:durableId="2075397748">
    <w:abstractNumId w:val="4"/>
  </w:num>
  <w:num w:numId="5" w16cid:durableId="1287738195">
    <w:abstractNumId w:val="7"/>
  </w:num>
  <w:num w:numId="6" w16cid:durableId="145634964">
    <w:abstractNumId w:val="3"/>
  </w:num>
  <w:num w:numId="7" w16cid:durableId="1751847828">
    <w:abstractNumId w:val="2"/>
  </w:num>
  <w:num w:numId="8" w16cid:durableId="265773979">
    <w:abstractNumId w:val="1"/>
  </w:num>
  <w:num w:numId="9" w16cid:durableId="181275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003B"/>
    <w:rsid w:val="0073786C"/>
    <w:rsid w:val="00757B59"/>
    <w:rsid w:val="008357DD"/>
    <w:rsid w:val="009E7036"/>
    <w:rsid w:val="00A96BF9"/>
    <w:rsid w:val="00AA1D8D"/>
    <w:rsid w:val="00B47730"/>
    <w:rsid w:val="00C551F9"/>
    <w:rsid w:val="00CA793B"/>
    <w:rsid w:val="00CB0664"/>
    <w:rsid w:val="00D807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6D783"/>
  <w14:defaultImageDpi w14:val="300"/>
  <w15:docId w15:val="{2CCB2234-7B36-432A-80D8-16535705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DELBECQ Marianne</dc:creator>
  <cp:keywords/>
  <dc:description>generated by python-docx</dc:description>
  <cp:lastModifiedBy>DELBECQ Marianne</cp:lastModifiedBy>
  <cp:revision>3</cp:revision>
  <dcterms:created xsi:type="dcterms:W3CDTF">2026-07-01T14:02:00Z</dcterms:created>
  <dcterms:modified xsi:type="dcterms:W3CDTF">2026-07-01T14:03:00Z</dcterms:modified>
  <cp:category/>
</cp:coreProperties>
</file>