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F181B5" w14:textId="77777777" w:rsidR="00FB6DAB" w:rsidRDefault="00FB6DAB" w:rsidP="001665F6">
      <w:pPr>
        <w:pStyle w:val="Titre1"/>
        <w:spacing w:before="0"/>
        <w:jc w:val="center"/>
        <w:rPr>
          <w:sz w:val="36"/>
          <w:szCs w:val="36"/>
        </w:rPr>
      </w:pPr>
      <w:r>
        <w:rPr>
          <w:rFonts w:ascii="Arial" w:hAnsi="Arial" w:cs="Arial"/>
          <w:noProof/>
          <w:sz w:val="18"/>
          <w:szCs w:val="18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3FE2F1" wp14:editId="40F1FAE9">
                <wp:simplePos x="0" y="0"/>
                <wp:positionH relativeFrom="column">
                  <wp:posOffset>-121920</wp:posOffset>
                </wp:positionH>
                <wp:positionV relativeFrom="paragraph">
                  <wp:posOffset>-69850</wp:posOffset>
                </wp:positionV>
                <wp:extent cx="1455420" cy="1051560"/>
                <wp:effectExtent l="0" t="0" r="11430" b="1524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1051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D16A7" w14:textId="77777777" w:rsidR="00FB6DAB" w:rsidRDefault="00FB6DAB" w:rsidP="00FB6DA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10AD95B" wp14:editId="68412DA1">
                                  <wp:extent cx="953770" cy="953770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_USL_TENNIS_LEFFRINCKOUCKE_final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3770" cy="953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9.6pt;margin-top:-5.5pt;width:114.6pt;height:82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" fillcolor="white [3201]" strokecolor="white [3212]" strokeweight=".5pt">
                <v:textbox>
                  <w:txbxContent>
                    <w:p w:rsidR="00FB6DAB" w:rsidRDefault="00FB6DAB" w:rsidP="00FB6DAB">
                      <w:pPr>
                        <w:jc w:val="center"/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10AD95B" wp14:editId="68412DA1">
                            <wp:extent cx="953770" cy="953770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_USL_TENNIS_LEFFRINCKOUCKE_final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3770" cy="953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33A1CD" wp14:editId="3DD2F131">
                <wp:simplePos x="0" y="0"/>
                <wp:positionH relativeFrom="column">
                  <wp:posOffset>1463040</wp:posOffset>
                </wp:positionH>
                <wp:positionV relativeFrom="paragraph">
                  <wp:posOffset>-12700</wp:posOffset>
                </wp:positionV>
                <wp:extent cx="5638800" cy="845820"/>
                <wp:effectExtent l="0" t="0" r="19050" b="1143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AD1AE" w14:textId="77777777" w:rsidR="00FB6DAB" w:rsidRPr="00FB6DAB" w:rsidRDefault="00FB6DAB" w:rsidP="00FB6DAB">
                            <w:pPr>
                              <w:jc w:val="center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FB6DAB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USL TENNIS - Vide </w:t>
                            </w:r>
                            <w:proofErr w:type="spellStart"/>
                            <w:r w:rsidRPr="00FB6DAB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grenier</w:t>
                            </w:r>
                            <w:proofErr w:type="spellEnd"/>
                            <w:r w:rsidRPr="00FB6DAB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/ </w:t>
                            </w:r>
                            <w:proofErr w:type="spellStart"/>
                            <w:r w:rsidRPr="00FB6DAB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brocante</w:t>
                            </w:r>
                            <w:proofErr w:type="spellEnd"/>
                          </w:p>
                          <w:p w14:paraId="1FDAC8F8" w14:textId="18926085" w:rsidR="00FB6DAB" w:rsidRPr="00FB6DAB" w:rsidRDefault="00FB6DAB" w:rsidP="00FB6DAB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proofErr w:type="spellStart"/>
                            <w:r w:rsidRPr="00FB6DAB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Règlement</w:t>
                            </w:r>
                            <w:proofErr w:type="spellEnd"/>
                            <w:r w:rsidRPr="00FB6DAB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FB6DAB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intérieur</w:t>
                            </w:r>
                            <w:proofErr w:type="spellEnd"/>
                            <w:r w:rsidRPr="00FB6DAB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20</w:t>
                            </w:r>
                            <w:r w:rsidR="002D767E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3A1CD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left:0;text-align:left;margin-left:115.2pt;margin-top:-1pt;width:444pt;height:66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" fillcolor="white [3201]" strokeweight=".5pt">
                <v:textbox>
                  <w:txbxContent>
                    <w:p w14:paraId="20CAD1AE" w14:textId="77777777" w:rsidR="00FB6DAB" w:rsidRPr="00FB6DAB" w:rsidRDefault="00FB6DAB" w:rsidP="00FB6DAB">
                      <w:pPr>
                        <w:jc w:val="center"/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FB6DAB">
                        <w:rPr>
                          <w:b/>
                          <w:color w:val="0070C0"/>
                          <w:sz w:val="36"/>
                          <w:szCs w:val="36"/>
                        </w:rPr>
                        <w:t xml:space="preserve">USL TENNIS - Vide </w:t>
                      </w:r>
                      <w:proofErr w:type="spellStart"/>
                      <w:r w:rsidRPr="00FB6DAB">
                        <w:rPr>
                          <w:b/>
                          <w:color w:val="0070C0"/>
                          <w:sz w:val="36"/>
                          <w:szCs w:val="36"/>
                        </w:rPr>
                        <w:t>grenier</w:t>
                      </w:r>
                      <w:proofErr w:type="spellEnd"/>
                      <w:r w:rsidRPr="00FB6DAB">
                        <w:rPr>
                          <w:b/>
                          <w:color w:val="0070C0"/>
                          <w:sz w:val="36"/>
                          <w:szCs w:val="36"/>
                        </w:rPr>
                        <w:t xml:space="preserve"> / </w:t>
                      </w:r>
                      <w:proofErr w:type="spellStart"/>
                      <w:r w:rsidRPr="00FB6DAB">
                        <w:rPr>
                          <w:b/>
                          <w:color w:val="0070C0"/>
                          <w:sz w:val="36"/>
                          <w:szCs w:val="36"/>
                        </w:rPr>
                        <w:t>brocante</w:t>
                      </w:r>
                      <w:proofErr w:type="spellEnd"/>
                    </w:p>
                    <w:p w14:paraId="1FDAC8F8" w14:textId="18926085" w:rsidR="00FB6DAB" w:rsidRPr="00FB6DAB" w:rsidRDefault="00FB6DAB" w:rsidP="00FB6DAB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proofErr w:type="spellStart"/>
                      <w:r w:rsidRPr="00FB6DAB">
                        <w:rPr>
                          <w:b/>
                          <w:color w:val="0070C0"/>
                          <w:sz w:val="36"/>
                          <w:szCs w:val="36"/>
                        </w:rPr>
                        <w:t>Règlement</w:t>
                      </w:r>
                      <w:proofErr w:type="spellEnd"/>
                      <w:r w:rsidRPr="00FB6DAB">
                        <w:rPr>
                          <w:b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FB6DAB">
                        <w:rPr>
                          <w:b/>
                          <w:color w:val="0070C0"/>
                          <w:sz w:val="36"/>
                          <w:szCs w:val="36"/>
                        </w:rPr>
                        <w:t>intérieur</w:t>
                      </w:r>
                      <w:proofErr w:type="spellEnd"/>
                      <w:r w:rsidRPr="00FB6DAB">
                        <w:rPr>
                          <w:b/>
                          <w:color w:val="0070C0"/>
                          <w:sz w:val="36"/>
                          <w:szCs w:val="36"/>
                        </w:rPr>
                        <w:t xml:space="preserve"> 20</w:t>
                      </w:r>
                      <w:r w:rsidR="002D767E">
                        <w:rPr>
                          <w:b/>
                          <w:color w:val="0070C0"/>
                          <w:sz w:val="36"/>
                          <w:szCs w:val="36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</w:p>
    <w:p w14:paraId="3F09B374" w14:textId="77777777" w:rsidR="00FB6DAB" w:rsidRDefault="00FB6DAB" w:rsidP="001665F6">
      <w:pPr>
        <w:pStyle w:val="Titre1"/>
        <w:spacing w:before="0"/>
        <w:jc w:val="center"/>
        <w:rPr>
          <w:sz w:val="36"/>
          <w:szCs w:val="36"/>
        </w:rPr>
      </w:pPr>
    </w:p>
    <w:p w14:paraId="7236338B" w14:textId="77777777" w:rsidR="00B51DB7" w:rsidRPr="001665F6" w:rsidRDefault="00B51DB7" w:rsidP="001665F6">
      <w:pPr>
        <w:pStyle w:val="Titre1"/>
        <w:spacing w:before="0"/>
        <w:jc w:val="center"/>
        <w:rPr>
          <w:sz w:val="36"/>
          <w:szCs w:val="36"/>
        </w:rPr>
      </w:pPr>
    </w:p>
    <w:p w14:paraId="24644380" w14:textId="002F9D02" w:rsidR="001665F6" w:rsidRPr="00906D84" w:rsidRDefault="00A20316" w:rsidP="001665F6">
      <w:pPr>
        <w:spacing w:after="0"/>
        <w:rPr>
          <w:rFonts w:ascii="Arial" w:hAnsi="Arial" w:cs="Arial"/>
          <w:sz w:val="8"/>
          <w:szCs w:val="8"/>
        </w:rPr>
      </w:pPr>
      <w:r w:rsidRPr="008D3D25">
        <w:rPr>
          <w:sz w:val="18"/>
          <w:szCs w:val="18"/>
        </w:rPr>
        <w:br/>
      </w:r>
      <w:r w:rsidR="00493F21">
        <w:rPr>
          <w:rFonts w:ascii="Arial" w:hAnsi="Arial" w:cs="Arial"/>
          <w:b/>
          <w:sz w:val="18"/>
          <w:szCs w:val="18"/>
        </w:rPr>
        <w:t>Article 1</w:t>
      </w:r>
      <w:r w:rsidRPr="0049481F">
        <w:rPr>
          <w:rFonts w:ascii="Arial" w:hAnsi="Arial" w:cs="Arial"/>
          <w:b/>
          <w:sz w:val="18"/>
          <w:szCs w:val="18"/>
        </w:rPr>
        <w:t>: Objet</w:t>
      </w:r>
      <w:r w:rsidRPr="008D3D25">
        <w:rPr>
          <w:rFonts w:ascii="Arial" w:hAnsi="Arial" w:cs="Arial"/>
          <w:sz w:val="18"/>
          <w:szCs w:val="18"/>
        </w:rPr>
        <w:t xml:space="preserve">. Le présent règlement intérieur a pour objet de </w:t>
      </w:r>
      <w:proofErr w:type="spellStart"/>
      <w:r w:rsidRPr="008D3D25">
        <w:rPr>
          <w:rFonts w:ascii="Arial" w:hAnsi="Arial" w:cs="Arial"/>
          <w:sz w:val="18"/>
          <w:szCs w:val="18"/>
        </w:rPr>
        <w:t>réglementer</w:t>
      </w:r>
      <w:proofErr w:type="spellEnd"/>
      <w:r w:rsidRPr="008D3D25">
        <w:rPr>
          <w:rFonts w:ascii="Arial" w:hAnsi="Arial" w:cs="Arial"/>
          <w:sz w:val="18"/>
          <w:szCs w:val="18"/>
        </w:rPr>
        <w:t xml:space="preserve"> le </w:t>
      </w:r>
      <w:proofErr w:type="spellStart"/>
      <w:r w:rsidRPr="008D3D25">
        <w:rPr>
          <w:rFonts w:ascii="Arial" w:hAnsi="Arial" w:cs="Arial"/>
          <w:sz w:val="18"/>
          <w:szCs w:val="18"/>
        </w:rPr>
        <w:t>déroulement</w:t>
      </w:r>
      <w:proofErr w:type="spellEnd"/>
      <w:r w:rsidRPr="008D3D25">
        <w:rPr>
          <w:rFonts w:ascii="Arial" w:hAnsi="Arial" w:cs="Arial"/>
          <w:sz w:val="18"/>
          <w:szCs w:val="18"/>
        </w:rPr>
        <w:t xml:space="preserve"> du vide </w:t>
      </w:r>
      <w:proofErr w:type="spellStart"/>
      <w:r w:rsidRPr="008D3D25">
        <w:rPr>
          <w:rFonts w:ascii="Arial" w:hAnsi="Arial" w:cs="Arial"/>
          <w:sz w:val="18"/>
          <w:szCs w:val="18"/>
        </w:rPr>
        <w:t>grenier</w:t>
      </w:r>
      <w:proofErr w:type="spellEnd"/>
      <w:r w:rsidRPr="008D3D25">
        <w:rPr>
          <w:rFonts w:ascii="Arial" w:hAnsi="Arial" w:cs="Arial"/>
          <w:sz w:val="18"/>
          <w:szCs w:val="18"/>
        </w:rPr>
        <w:t xml:space="preserve"> qui se </w:t>
      </w:r>
      <w:proofErr w:type="spellStart"/>
      <w:r w:rsidRPr="008D3D25">
        <w:rPr>
          <w:rFonts w:ascii="Arial" w:hAnsi="Arial" w:cs="Arial"/>
          <w:sz w:val="18"/>
          <w:szCs w:val="18"/>
        </w:rPr>
        <w:t>déroule</w:t>
      </w:r>
      <w:proofErr w:type="spellEnd"/>
      <w:r w:rsidRPr="008D3D25">
        <w:rPr>
          <w:rFonts w:ascii="Arial" w:hAnsi="Arial" w:cs="Arial"/>
          <w:sz w:val="18"/>
          <w:szCs w:val="18"/>
        </w:rPr>
        <w:t xml:space="preserve"> le </w:t>
      </w:r>
      <w:proofErr w:type="spellStart"/>
      <w:r w:rsidRPr="008D3D25">
        <w:rPr>
          <w:rFonts w:ascii="Arial" w:hAnsi="Arial" w:cs="Arial"/>
          <w:sz w:val="18"/>
          <w:szCs w:val="18"/>
        </w:rPr>
        <w:t>samedi</w:t>
      </w:r>
      <w:proofErr w:type="spellEnd"/>
      <w:r w:rsidRPr="008D3D25">
        <w:rPr>
          <w:rFonts w:ascii="Arial" w:hAnsi="Arial" w:cs="Arial"/>
          <w:sz w:val="18"/>
          <w:szCs w:val="18"/>
        </w:rPr>
        <w:t xml:space="preserve"> </w:t>
      </w:r>
      <w:r w:rsidR="002D767E">
        <w:rPr>
          <w:rFonts w:ascii="Arial" w:hAnsi="Arial" w:cs="Arial"/>
          <w:sz w:val="18"/>
          <w:szCs w:val="18"/>
        </w:rPr>
        <w:t>26</w:t>
      </w:r>
      <w:r w:rsidR="005A473B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5A473B" w:rsidRPr="008D3D25">
        <w:rPr>
          <w:rFonts w:ascii="Arial" w:hAnsi="Arial" w:cs="Arial"/>
          <w:sz w:val="18"/>
          <w:szCs w:val="18"/>
        </w:rPr>
        <w:t>Septembre</w:t>
      </w:r>
      <w:proofErr w:type="spellEnd"/>
      <w:r w:rsidR="005A473B" w:rsidRPr="008D3D25">
        <w:rPr>
          <w:rFonts w:ascii="Arial" w:hAnsi="Arial" w:cs="Arial"/>
          <w:sz w:val="18"/>
          <w:szCs w:val="18"/>
        </w:rPr>
        <w:t xml:space="preserve"> </w:t>
      </w:r>
      <w:proofErr w:type="gramStart"/>
      <w:r w:rsidR="005A473B" w:rsidRPr="008D3D25">
        <w:rPr>
          <w:rFonts w:ascii="Arial" w:hAnsi="Arial" w:cs="Arial"/>
          <w:sz w:val="18"/>
          <w:szCs w:val="18"/>
        </w:rPr>
        <w:t>202</w:t>
      </w:r>
      <w:r w:rsidR="002D767E">
        <w:rPr>
          <w:rFonts w:ascii="Arial" w:hAnsi="Arial" w:cs="Arial"/>
          <w:sz w:val="18"/>
          <w:szCs w:val="18"/>
        </w:rPr>
        <w:t>6</w:t>
      </w:r>
      <w:r w:rsidR="005A473B" w:rsidRPr="008D3D25">
        <w:rPr>
          <w:rFonts w:ascii="Arial" w:hAnsi="Arial" w:cs="Arial"/>
          <w:sz w:val="18"/>
          <w:szCs w:val="18"/>
        </w:rPr>
        <w:t xml:space="preserve"> </w:t>
      </w:r>
      <w:r w:rsidRPr="008D3D25">
        <w:rPr>
          <w:rFonts w:ascii="Arial" w:hAnsi="Arial" w:cs="Arial"/>
          <w:sz w:val="18"/>
          <w:szCs w:val="18"/>
        </w:rPr>
        <w:t xml:space="preserve"> de</w:t>
      </w:r>
      <w:proofErr w:type="gramEnd"/>
      <w:r w:rsidRPr="008D3D25">
        <w:rPr>
          <w:rFonts w:ascii="Arial" w:hAnsi="Arial" w:cs="Arial"/>
          <w:sz w:val="18"/>
          <w:szCs w:val="18"/>
        </w:rPr>
        <w:t xml:space="preserve"> 8h à 1</w:t>
      </w:r>
      <w:r w:rsidR="002D767E">
        <w:rPr>
          <w:rFonts w:ascii="Arial" w:hAnsi="Arial" w:cs="Arial"/>
          <w:sz w:val="18"/>
          <w:szCs w:val="18"/>
        </w:rPr>
        <w:t>7</w:t>
      </w:r>
      <w:r w:rsidRPr="008D3D25">
        <w:rPr>
          <w:rFonts w:ascii="Arial" w:hAnsi="Arial" w:cs="Arial"/>
          <w:sz w:val="18"/>
          <w:szCs w:val="18"/>
        </w:rPr>
        <w:t>h</w:t>
      </w:r>
      <w:r w:rsidR="002D767E">
        <w:rPr>
          <w:rFonts w:ascii="Arial" w:hAnsi="Arial" w:cs="Arial"/>
          <w:sz w:val="18"/>
          <w:szCs w:val="18"/>
        </w:rPr>
        <w:t>30</w:t>
      </w:r>
      <w:r w:rsidRPr="008D3D25">
        <w:rPr>
          <w:rFonts w:ascii="Arial" w:hAnsi="Arial" w:cs="Arial"/>
          <w:sz w:val="18"/>
          <w:szCs w:val="18"/>
        </w:rPr>
        <w:t xml:space="preserve"> sur la commune de Leffrinckoucke sur un périmètre tel que défini à l'article 2.</w:t>
      </w:r>
      <w:r w:rsidRPr="008D3D25">
        <w:rPr>
          <w:rFonts w:ascii="Arial" w:hAnsi="Arial" w:cs="Arial"/>
          <w:sz w:val="18"/>
          <w:szCs w:val="18"/>
        </w:rPr>
        <w:br/>
      </w:r>
    </w:p>
    <w:p w14:paraId="357E3D79" w14:textId="77777777" w:rsidR="001665F6" w:rsidRPr="00906D84" w:rsidRDefault="00493F21" w:rsidP="001665F6">
      <w:pPr>
        <w:spacing w:after="0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b/>
          <w:sz w:val="18"/>
          <w:szCs w:val="18"/>
        </w:rPr>
        <w:t>Article 2</w:t>
      </w:r>
      <w:r w:rsidR="0049481F">
        <w:rPr>
          <w:rFonts w:ascii="Arial" w:hAnsi="Arial" w:cs="Arial"/>
          <w:b/>
          <w:sz w:val="18"/>
          <w:szCs w:val="18"/>
        </w:rPr>
        <w:t xml:space="preserve">: </w:t>
      </w:r>
      <w:proofErr w:type="spellStart"/>
      <w:r w:rsidR="0049481F">
        <w:rPr>
          <w:rFonts w:ascii="Arial" w:hAnsi="Arial" w:cs="Arial"/>
          <w:b/>
          <w:sz w:val="18"/>
          <w:szCs w:val="18"/>
        </w:rPr>
        <w:t>P</w:t>
      </w:r>
      <w:r w:rsidR="00A20316" w:rsidRPr="0049481F">
        <w:rPr>
          <w:rFonts w:ascii="Arial" w:hAnsi="Arial" w:cs="Arial"/>
          <w:b/>
          <w:sz w:val="18"/>
          <w:szCs w:val="18"/>
        </w:rPr>
        <w:t>érimètre</w:t>
      </w:r>
      <w:proofErr w:type="spellEnd"/>
      <w:r w:rsidR="00A20316" w:rsidRPr="0049481F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="00A20316" w:rsidRPr="0049481F">
        <w:rPr>
          <w:rFonts w:ascii="Arial" w:hAnsi="Arial" w:cs="Arial"/>
          <w:b/>
          <w:sz w:val="18"/>
          <w:szCs w:val="18"/>
        </w:rPr>
        <w:t>d'application</w:t>
      </w:r>
      <w:proofErr w:type="spellEnd"/>
      <w:r w:rsidR="00A20316" w:rsidRPr="0049481F">
        <w:rPr>
          <w:rFonts w:ascii="Arial" w:hAnsi="Arial" w:cs="Arial"/>
          <w:b/>
          <w:sz w:val="18"/>
          <w:szCs w:val="18"/>
        </w:rPr>
        <w:t>.</w:t>
      </w:r>
      <w:r w:rsidR="00A20316" w:rsidRPr="008D3D25">
        <w:rPr>
          <w:rFonts w:ascii="Arial" w:hAnsi="Arial" w:cs="Arial"/>
          <w:sz w:val="18"/>
          <w:szCs w:val="18"/>
        </w:rPr>
        <w:t xml:space="preserve"> Le présent règlement est applicable sur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toutes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les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voies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du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domaine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public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notamment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sur tout le boulevard Trystram, la rue Schweitzer et la Rue Bonpain.</w:t>
      </w:r>
      <w:r w:rsidR="00A20316" w:rsidRPr="008D3D25">
        <w:rPr>
          <w:rFonts w:ascii="Arial" w:hAnsi="Arial" w:cs="Arial"/>
          <w:sz w:val="18"/>
          <w:szCs w:val="18"/>
        </w:rPr>
        <w:br/>
      </w:r>
    </w:p>
    <w:p w14:paraId="470918BC" w14:textId="53508C80" w:rsidR="00493F21" w:rsidRDefault="0049481F" w:rsidP="001665F6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Article 3: </w:t>
      </w:r>
      <w:proofErr w:type="spellStart"/>
      <w:r>
        <w:rPr>
          <w:rFonts w:ascii="Arial" w:hAnsi="Arial" w:cs="Arial"/>
          <w:b/>
          <w:sz w:val="18"/>
          <w:szCs w:val="18"/>
        </w:rPr>
        <w:t>P</w:t>
      </w:r>
      <w:r w:rsidR="00A20316" w:rsidRPr="0049481F">
        <w:rPr>
          <w:rFonts w:ascii="Arial" w:hAnsi="Arial" w:cs="Arial"/>
          <w:b/>
          <w:sz w:val="18"/>
          <w:szCs w:val="18"/>
        </w:rPr>
        <w:t>ersonnes</w:t>
      </w:r>
      <w:proofErr w:type="spellEnd"/>
      <w:r w:rsidR="00A20316" w:rsidRPr="0049481F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="00A20316" w:rsidRPr="0049481F">
        <w:rPr>
          <w:rFonts w:ascii="Arial" w:hAnsi="Arial" w:cs="Arial"/>
          <w:b/>
          <w:sz w:val="18"/>
          <w:szCs w:val="18"/>
        </w:rPr>
        <w:t>concernées</w:t>
      </w:r>
      <w:proofErr w:type="spellEnd"/>
      <w:r w:rsidR="00A20316" w:rsidRPr="0049481F">
        <w:rPr>
          <w:rFonts w:ascii="Arial" w:hAnsi="Arial" w:cs="Arial"/>
          <w:b/>
          <w:sz w:val="18"/>
          <w:szCs w:val="18"/>
        </w:rPr>
        <w:t>.</w:t>
      </w:r>
      <w:r w:rsidR="00A20316" w:rsidRPr="008D3D25">
        <w:rPr>
          <w:rFonts w:ascii="Arial" w:hAnsi="Arial" w:cs="Arial"/>
          <w:sz w:val="18"/>
          <w:szCs w:val="18"/>
        </w:rPr>
        <w:t xml:space="preserve"> Le présent règlement s'impose de droit aux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particuliers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– non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professionnels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qui </w:t>
      </w:r>
      <w:proofErr w:type="spellStart"/>
      <w:r w:rsidR="005A473B" w:rsidRPr="008D3D25">
        <w:rPr>
          <w:rFonts w:ascii="Arial" w:hAnsi="Arial" w:cs="Arial"/>
          <w:sz w:val="18"/>
          <w:szCs w:val="18"/>
        </w:rPr>
        <w:t>sollicitent</w:t>
      </w:r>
      <w:proofErr w:type="spellEnd"/>
      <w:r w:rsidR="005A473B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5A473B" w:rsidRPr="008D3D25">
        <w:rPr>
          <w:rFonts w:ascii="Arial" w:hAnsi="Arial" w:cs="Arial"/>
          <w:sz w:val="18"/>
          <w:szCs w:val="18"/>
        </w:rPr>
        <w:t>l’autorisation</w:t>
      </w:r>
      <w:proofErr w:type="spellEnd"/>
      <w:r w:rsidR="005A473B" w:rsidRPr="008D3D25">
        <w:rPr>
          <w:rFonts w:ascii="Arial" w:hAnsi="Arial" w:cs="Arial"/>
          <w:sz w:val="18"/>
          <w:szCs w:val="18"/>
        </w:rPr>
        <w:t xml:space="preserve"> de </w:t>
      </w:r>
      <w:proofErr w:type="spellStart"/>
      <w:r w:rsidR="005A473B" w:rsidRPr="008D3D25">
        <w:rPr>
          <w:rFonts w:ascii="Arial" w:hAnsi="Arial" w:cs="Arial"/>
          <w:sz w:val="18"/>
          <w:szCs w:val="18"/>
        </w:rPr>
        <w:t>l'USL</w:t>
      </w:r>
      <w:proofErr w:type="spellEnd"/>
      <w:r w:rsidR="005A473B" w:rsidRPr="008D3D25">
        <w:rPr>
          <w:rFonts w:ascii="Arial" w:hAnsi="Arial" w:cs="Arial"/>
          <w:sz w:val="18"/>
          <w:szCs w:val="18"/>
        </w:rPr>
        <w:t xml:space="preserve"> TENNIS</w:t>
      </w:r>
      <w:r w:rsidR="00A20316" w:rsidRPr="008D3D25">
        <w:rPr>
          <w:rFonts w:ascii="Arial" w:hAnsi="Arial" w:cs="Arial"/>
          <w:sz w:val="18"/>
          <w:szCs w:val="18"/>
        </w:rPr>
        <w:t xml:space="preserve"> pour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s'inscrire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en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tant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que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vendeur au vide-grenier. Les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particuliers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ne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peuvent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pas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participer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à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une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vente au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déballage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(vide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grenier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,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brocante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) plus de 2 fois par an. Il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existe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un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registre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dans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lequel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sont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inscrits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tous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les participants,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particuliers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et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professionnels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(article R 321-9 du Code pénal).</w:t>
      </w:r>
      <w:r w:rsidR="00A20316" w:rsidRPr="008D3D25">
        <w:rPr>
          <w:rFonts w:ascii="Arial" w:hAnsi="Arial" w:cs="Arial"/>
          <w:sz w:val="18"/>
          <w:szCs w:val="18"/>
        </w:rPr>
        <w:br/>
      </w:r>
      <w:r w:rsidR="00A20316" w:rsidRPr="00906D84">
        <w:rPr>
          <w:rFonts w:ascii="Arial" w:hAnsi="Arial" w:cs="Arial"/>
          <w:sz w:val="8"/>
          <w:szCs w:val="8"/>
        </w:rPr>
        <w:br/>
      </w:r>
      <w:r>
        <w:rPr>
          <w:rFonts w:ascii="Arial" w:hAnsi="Arial" w:cs="Arial"/>
          <w:b/>
          <w:sz w:val="18"/>
          <w:szCs w:val="18"/>
        </w:rPr>
        <w:t xml:space="preserve">Article 4: </w:t>
      </w:r>
      <w:proofErr w:type="spellStart"/>
      <w:r>
        <w:rPr>
          <w:rFonts w:ascii="Arial" w:hAnsi="Arial" w:cs="Arial"/>
          <w:b/>
          <w:sz w:val="18"/>
          <w:szCs w:val="18"/>
        </w:rPr>
        <w:t>R</w:t>
      </w:r>
      <w:r w:rsidR="00A20316" w:rsidRPr="0049481F">
        <w:rPr>
          <w:rFonts w:ascii="Arial" w:hAnsi="Arial" w:cs="Arial"/>
          <w:b/>
          <w:sz w:val="18"/>
          <w:szCs w:val="18"/>
        </w:rPr>
        <w:t>ése</w:t>
      </w:r>
      <w:r w:rsidR="005A473B" w:rsidRPr="0049481F">
        <w:rPr>
          <w:rFonts w:ascii="Arial" w:hAnsi="Arial" w:cs="Arial"/>
          <w:b/>
          <w:sz w:val="18"/>
          <w:szCs w:val="18"/>
        </w:rPr>
        <w:t>rvation</w:t>
      </w:r>
      <w:proofErr w:type="spellEnd"/>
      <w:r w:rsidR="005A473B" w:rsidRPr="008D3D25">
        <w:rPr>
          <w:rFonts w:ascii="Arial" w:hAnsi="Arial" w:cs="Arial"/>
          <w:sz w:val="18"/>
          <w:szCs w:val="18"/>
        </w:rPr>
        <w:t xml:space="preserve">. Pour </w:t>
      </w:r>
      <w:proofErr w:type="spellStart"/>
      <w:r w:rsidR="005A473B" w:rsidRPr="008D3D25">
        <w:rPr>
          <w:rFonts w:ascii="Arial" w:hAnsi="Arial" w:cs="Arial"/>
          <w:sz w:val="18"/>
          <w:szCs w:val="18"/>
        </w:rPr>
        <w:t>cette</w:t>
      </w:r>
      <w:proofErr w:type="spellEnd"/>
      <w:r w:rsidR="005A473B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5A473B" w:rsidRPr="008D3D25">
        <w:rPr>
          <w:rFonts w:ascii="Arial" w:hAnsi="Arial" w:cs="Arial"/>
          <w:sz w:val="18"/>
          <w:szCs w:val="18"/>
        </w:rPr>
        <w:t>édition</w:t>
      </w:r>
      <w:proofErr w:type="spellEnd"/>
      <w:r w:rsidR="005A473B" w:rsidRPr="008D3D25">
        <w:rPr>
          <w:rFonts w:ascii="Arial" w:hAnsi="Arial" w:cs="Arial"/>
          <w:sz w:val="18"/>
          <w:szCs w:val="18"/>
        </w:rPr>
        <w:t xml:space="preserve"> 202</w:t>
      </w:r>
      <w:r w:rsidR="002D767E">
        <w:rPr>
          <w:rFonts w:ascii="Arial" w:hAnsi="Arial" w:cs="Arial"/>
          <w:sz w:val="18"/>
          <w:szCs w:val="18"/>
        </w:rPr>
        <w:t>6</w:t>
      </w:r>
      <w:r w:rsidR="00A20316" w:rsidRPr="008D3D25">
        <w:rPr>
          <w:rFonts w:ascii="Arial" w:hAnsi="Arial" w:cs="Arial"/>
          <w:sz w:val="18"/>
          <w:szCs w:val="18"/>
        </w:rPr>
        <w:t xml:space="preserve">, les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réservations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r w:rsidR="002D767E">
        <w:rPr>
          <w:rFonts w:ascii="Arial" w:hAnsi="Arial" w:cs="Arial"/>
          <w:sz w:val="18"/>
          <w:szCs w:val="18"/>
        </w:rPr>
        <w:t xml:space="preserve">soit </w:t>
      </w:r>
      <w:proofErr w:type="spellStart"/>
      <w:r w:rsidR="002D767E">
        <w:rPr>
          <w:rFonts w:ascii="Arial" w:hAnsi="Arial" w:cs="Arial"/>
          <w:sz w:val="18"/>
          <w:szCs w:val="18"/>
        </w:rPr>
        <w:t>en</w:t>
      </w:r>
      <w:proofErr w:type="spellEnd"/>
      <w:r w:rsidR="002D767E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2D767E">
        <w:rPr>
          <w:rFonts w:ascii="Arial" w:hAnsi="Arial" w:cs="Arial"/>
          <w:sz w:val="18"/>
          <w:szCs w:val="18"/>
        </w:rPr>
        <w:t>ligne</w:t>
      </w:r>
      <w:proofErr w:type="spellEnd"/>
      <w:r w:rsidR="002D767E">
        <w:rPr>
          <w:rFonts w:ascii="Arial" w:hAnsi="Arial" w:cs="Arial"/>
          <w:sz w:val="18"/>
          <w:szCs w:val="18"/>
        </w:rPr>
        <w:t xml:space="preserve">, soit </w:t>
      </w:r>
      <w:proofErr w:type="spellStart"/>
      <w:r w:rsidR="002D767E">
        <w:rPr>
          <w:rFonts w:ascii="Arial" w:hAnsi="Arial" w:cs="Arial"/>
          <w:sz w:val="18"/>
          <w:szCs w:val="18"/>
        </w:rPr>
        <w:t>en</w:t>
      </w:r>
      <w:proofErr w:type="spellEnd"/>
      <w:r w:rsidR="002D767E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2D767E">
        <w:rPr>
          <w:rFonts w:ascii="Arial" w:hAnsi="Arial" w:cs="Arial"/>
          <w:sz w:val="18"/>
          <w:szCs w:val="18"/>
        </w:rPr>
        <w:t>présentiel</w:t>
      </w:r>
      <w:proofErr w:type="spellEnd"/>
      <w:r w:rsidR="002D767E">
        <w:rPr>
          <w:rFonts w:ascii="Arial" w:hAnsi="Arial" w:cs="Arial"/>
          <w:sz w:val="18"/>
          <w:szCs w:val="18"/>
        </w:rPr>
        <w:t xml:space="preserve"> au club de tennis de </w:t>
      </w:r>
      <w:proofErr w:type="spellStart"/>
      <w:r w:rsidR="002D767E">
        <w:rPr>
          <w:rFonts w:ascii="Arial" w:hAnsi="Arial" w:cs="Arial"/>
          <w:sz w:val="18"/>
          <w:szCs w:val="18"/>
        </w:rPr>
        <w:t>leffrinckoucke</w:t>
      </w:r>
      <w:proofErr w:type="spellEnd"/>
      <w:r w:rsidR="002D767E">
        <w:rPr>
          <w:rFonts w:ascii="Arial" w:hAnsi="Arial" w:cs="Arial"/>
          <w:sz w:val="18"/>
          <w:szCs w:val="18"/>
        </w:rPr>
        <w:t xml:space="preserve"> salle Raymond Dubois Rue Charcot </w:t>
      </w:r>
      <w:proofErr w:type="gramStart"/>
      <w:r w:rsidR="002D767E">
        <w:rPr>
          <w:rFonts w:ascii="Arial" w:hAnsi="Arial" w:cs="Arial"/>
          <w:sz w:val="18"/>
          <w:szCs w:val="18"/>
        </w:rPr>
        <w:t>( voir</w:t>
      </w:r>
      <w:proofErr w:type="gramEnd"/>
      <w:r w:rsidR="002D767E">
        <w:rPr>
          <w:rFonts w:ascii="Arial" w:hAnsi="Arial" w:cs="Arial"/>
          <w:sz w:val="18"/>
          <w:szCs w:val="18"/>
        </w:rPr>
        <w:t xml:space="preserve"> affiche avec date de presence pour </w:t>
      </w:r>
      <w:proofErr w:type="gramStart"/>
      <w:r w:rsidR="002D767E">
        <w:rPr>
          <w:rFonts w:ascii="Arial" w:hAnsi="Arial" w:cs="Arial"/>
          <w:sz w:val="18"/>
          <w:szCs w:val="18"/>
        </w:rPr>
        <w:t xml:space="preserve">inscription)  </w:t>
      </w:r>
      <w:r w:rsidR="00A20316" w:rsidRPr="008D3D25">
        <w:rPr>
          <w:rFonts w:ascii="Arial" w:hAnsi="Arial" w:cs="Arial"/>
          <w:sz w:val="18"/>
          <w:szCs w:val="18"/>
        </w:rPr>
        <w:t>.</w:t>
      </w:r>
      <w:proofErr w:type="gramEnd"/>
      <w:r w:rsidR="00A20316" w:rsidRPr="008D3D25">
        <w:rPr>
          <w:rFonts w:ascii="Arial" w:hAnsi="Arial" w:cs="Arial"/>
          <w:sz w:val="18"/>
          <w:szCs w:val="18"/>
        </w:rPr>
        <w:t xml:space="preserve"> Vous pourrez choisir votre emplacement directement sur le plan de la manifestation et payer par chèque ou en espèces. </w:t>
      </w:r>
      <w:r w:rsidR="005A473B" w:rsidRPr="008D3D25">
        <w:rPr>
          <w:rFonts w:ascii="Arial" w:hAnsi="Arial" w:cs="Arial"/>
          <w:sz w:val="18"/>
          <w:szCs w:val="18"/>
        </w:rPr>
        <w:t xml:space="preserve"> </w:t>
      </w:r>
      <w:r w:rsidR="00A20316" w:rsidRPr="008D3D25">
        <w:rPr>
          <w:rFonts w:ascii="Arial" w:hAnsi="Arial" w:cs="Arial"/>
          <w:sz w:val="18"/>
          <w:szCs w:val="18"/>
        </w:rPr>
        <w:t xml:space="preserve">Les emplacements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sont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vendus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par tranche de 4 mètres.</w:t>
      </w:r>
      <w:r w:rsidR="00A20316" w:rsidRPr="008D3D25">
        <w:rPr>
          <w:rFonts w:ascii="Arial" w:hAnsi="Arial" w:cs="Arial"/>
          <w:sz w:val="18"/>
          <w:szCs w:val="18"/>
        </w:rPr>
        <w:br/>
      </w:r>
      <w:r w:rsidR="00A20316" w:rsidRPr="00906D84">
        <w:rPr>
          <w:rFonts w:ascii="Arial" w:hAnsi="Arial" w:cs="Arial"/>
          <w:sz w:val="8"/>
          <w:szCs w:val="8"/>
        </w:rPr>
        <w:br/>
      </w:r>
      <w:r w:rsidR="00A20316" w:rsidRPr="0049481F">
        <w:rPr>
          <w:rFonts w:ascii="Arial" w:hAnsi="Arial" w:cs="Arial"/>
          <w:b/>
          <w:sz w:val="18"/>
          <w:szCs w:val="18"/>
        </w:rPr>
        <w:t>Article 5</w:t>
      </w:r>
      <w:r>
        <w:rPr>
          <w:rFonts w:ascii="Arial" w:hAnsi="Arial" w:cs="Arial"/>
          <w:b/>
          <w:sz w:val="18"/>
          <w:szCs w:val="18"/>
        </w:rPr>
        <w:t xml:space="preserve">: </w:t>
      </w:r>
      <w:proofErr w:type="spellStart"/>
      <w:r>
        <w:rPr>
          <w:rFonts w:ascii="Arial" w:hAnsi="Arial" w:cs="Arial"/>
          <w:b/>
          <w:sz w:val="18"/>
          <w:szCs w:val="18"/>
        </w:rPr>
        <w:t>A</w:t>
      </w:r>
      <w:r w:rsidR="00A20316" w:rsidRPr="0049481F">
        <w:rPr>
          <w:rFonts w:ascii="Arial" w:hAnsi="Arial" w:cs="Arial"/>
          <w:b/>
          <w:sz w:val="18"/>
          <w:szCs w:val="18"/>
        </w:rPr>
        <w:t>utorisations</w:t>
      </w:r>
      <w:proofErr w:type="spellEnd"/>
      <w:r w:rsidR="00A20316" w:rsidRPr="0049481F">
        <w:rPr>
          <w:rFonts w:ascii="Arial" w:hAnsi="Arial" w:cs="Arial"/>
          <w:b/>
          <w:sz w:val="18"/>
          <w:szCs w:val="18"/>
        </w:rPr>
        <w:t>.</w:t>
      </w:r>
      <w:r w:rsidR="00A20316" w:rsidRPr="008D3D25">
        <w:rPr>
          <w:rFonts w:ascii="Arial" w:hAnsi="Arial" w:cs="Arial"/>
          <w:sz w:val="18"/>
          <w:szCs w:val="18"/>
        </w:rPr>
        <w:t xml:space="preserve"> Les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personn</w:t>
      </w:r>
      <w:r w:rsidR="005A473B" w:rsidRPr="008D3D25">
        <w:rPr>
          <w:rFonts w:ascii="Arial" w:hAnsi="Arial" w:cs="Arial"/>
          <w:sz w:val="18"/>
          <w:szCs w:val="18"/>
        </w:rPr>
        <w:t>es</w:t>
      </w:r>
      <w:proofErr w:type="spellEnd"/>
      <w:r w:rsidR="005A473B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5A473B" w:rsidRPr="008D3D25">
        <w:rPr>
          <w:rFonts w:ascii="Arial" w:hAnsi="Arial" w:cs="Arial"/>
          <w:sz w:val="18"/>
          <w:szCs w:val="18"/>
        </w:rPr>
        <w:t>autorisées</w:t>
      </w:r>
      <w:proofErr w:type="spellEnd"/>
      <w:r w:rsidR="005A473B" w:rsidRPr="008D3D25">
        <w:rPr>
          <w:rFonts w:ascii="Arial" w:hAnsi="Arial" w:cs="Arial"/>
          <w:sz w:val="18"/>
          <w:szCs w:val="18"/>
        </w:rPr>
        <w:t xml:space="preserve"> par </w:t>
      </w:r>
      <w:proofErr w:type="spellStart"/>
      <w:r w:rsidR="005A473B" w:rsidRPr="008D3D25">
        <w:rPr>
          <w:rFonts w:ascii="Arial" w:hAnsi="Arial" w:cs="Arial"/>
          <w:sz w:val="18"/>
          <w:szCs w:val="18"/>
        </w:rPr>
        <w:t>l’USL</w:t>
      </w:r>
      <w:proofErr w:type="spellEnd"/>
      <w:r w:rsidR="005A473B" w:rsidRPr="008D3D25">
        <w:rPr>
          <w:rFonts w:ascii="Arial" w:hAnsi="Arial" w:cs="Arial"/>
          <w:sz w:val="18"/>
          <w:szCs w:val="18"/>
        </w:rPr>
        <w:t xml:space="preserve"> TENNIS à</w:t>
      </w:r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venir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vendre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au vide-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grenier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recevront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un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reçu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remis </w:t>
      </w:r>
      <w:proofErr w:type="spellStart"/>
      <w:r w:rsidR="002D767E">
        <w:rPr>
          <w:rFonts w:ascii="Arial" w:hAnsi="Arial" w:cs="Arial"/>
          <w:sz w:val="18"/>
          <w:szCs w:val="18"/>
        </w:rPr>
        <w:t>lors</w:t>
      </w:r>
      <w:proofErr w:type="spellEnd"/>
      <w:r w:rsidR="002D767E">
        <w:rPr>
          <w:rFonts w:ascii="Arial" w:hAnsi="Arial" w:cs="Arial"/>
          <w:sz w:val="18"/>
          <w:szCs w:val="18"/>
        </w:rPr>
        <w:t xml:space="preserve"> de </w:t>
      </w:r>
      <w:proofErr w:type="spellStart"/>
      <w:r w:rsidR="002D767E">
        <w:rPr>
          <w:rFonts w:ascii="Arial" w:hAnsi="Arial" w:cs="Arial"/>
          <w:sz w:val="18"/>
          <w:szCs w:val="18"/>
        </w:rPr>
        <w:t>l’inscription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. Ce reçu est strictement personnel. Il pourra vous être demandé par les organisateurs du vide grenier au moment de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votre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installation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ou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durant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la journée.</w:t>
      </w:r>
      <w:r w:rsidR="00A20316" w:rsidRPr="008D3D25">
        <w:rPr>
          <w:rFonts w:ascii="Arial" w:hAnsi="Arial" w:cs="Arial"/>
          <w:sz w:val="18"/>
          <w:szCs w:val="18"/>
        </w:rPr>
        <w:br/>
      </w:r>
      <w:r w:rsidR="00A20316" w:rsidRPr="00906D84">
        <w:rPr>
          <w:rFonts w:ascii="Arial" w:hAnsi="Arial" w:cs="Arial"/>
          <w:sz w:val="8"/>
          <w:szCs w:val="8"/>
        </w:rPr>
        <w:br/>
      </w:r>
      <w:r>
        <w:rPr>
          <w:rFonts w:ascii="Arial" w:hAnsi="Arial" w:cs="Arial"/>
          <w:b/>
          <w:sz w:val="18"/>
          <w:szCs w:val="18"/>
        </w:rPr>
        <w:t>Article 6: D</w:t>
      </w:r>
      <w:r w:rsidR="00A20316" w:rsidRPr="0049481F">
        <w:rPr>
          <w:rFonts w:ascii="Arial" w:hAnsi="Arial" w:cs="Arial"/>
          <w:b/>
          <w:sz w:val="18"/>
          <w:szCs w:val="18"/>
        </w:rPr>
        <w:t xml:space="preserve">roits </w:t>
      </w:r>
      <w:proofErr w:type="spellStart"/>
      <w:r w:rsidR="00A20316" w:rsidRPr="0049481F">
        <w:rPr>
          <w:rFonts w:ascii="Arial" w:hAnsi="Arial" w:cs="Arial"/>
          <w:b/>
          <w:sz w:val="18"/>
          <w:szCs w:val="18"/>
        </w:rPr>
        <w:t>d'inscription</w:t>
      </w:r>
      <w:proofErr w:type="spellEnd"/>
      <w:r w:rsidR="00A20316" w:rsidRPr="0049481F">
        <w:rPr>
          <w:rFonts w:ascii="Arial" w:hAnsi="Arial" w:cs="Arial"/>
          <w:b/>
          <w:sz w:val="18"/>
          <w:szCs w:val="18"/>
        </w:rPr>
        <w:t xml:space="preserve"> au vide </w:t>
      </w:r>
      <w:proofErr w:type="spellStart"/>
      <w:r w:rsidR="00A20316" w:rsidRPr="0049481F">
        <w:rPr>
          <w:rFonts w:ascii="Arial" w:hAnsi="Arial" w:cs="Arial"/>
          <w:b/>
          <w:sz w:val="18"/>
          <w:szCs w:val="18"/>
        </w:rPr>
        <w:t>grenier</w:t>
      </w:r>
      <w:proofErr w:type="spellEnd"/>
      <w:r w:rsidR="00A20316" w:rsidRPr="0049481F">
        <w:rPr>
          <w:rFonts w:ascii="Arial" w:hAnsi="Arial" w:cs="Arial"/>
          <w:b/>
          <w:sz w:val="18"/>
          <w:szCs w:val="18"/>
        </w:rPr>
        <w:t>.</w:t>
      </w:r>
      <w:r w:rsidR="00A20316" w:rsidRPr="008D3D25">
        <w:rPr>
          <w:rFonts w:ascii="Arial" w:hAnsi="Arial" w:cs="Arial"/>
          <w:sz w:val="18"/>
          <w:szCs w:val="18"/>
        </w:rPr>
        <w:t xml:space="preserve"> Ne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saurait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aucunement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exister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de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préférences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, passe-droit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ou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dérogation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pour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l'attribution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des emplacements. L'usage d'un emplacement est soumis à un droit d'inscription. La priorité est donnée aux habitants des rues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touchées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par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l'article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2. Les organisateurs se réservent le droit de supprimer ou modifier les emplacements en fonction des critères.</w:t>
      </w:r>
      <w:r w:rsidR="00A20316" w:rsidRPr="008D3D25">
        <w:rPr>
          <w:rFonts w:ascii="Arial" w:hAnsi="Arial" w:cs="Arial"/>
          <w:sz w:val="18"/>
          <w:szCs w:val="18"/>
        </w:rPr>
        <w:br/>
      </w:r>
      <w:r w:rsidR="00A20316" w:rsidRPr="00906D84">
        <w:rPr>
          <w:rFonts w:ascii="Arial" w:hAnsi="Arial" w:cs="Arial"/>
          <w:sz w:val="8"/>
          <w:szCs w:val="8"/>
        </w:rPr>
        <w:br/>
      </w:r>
      <w:r w:rsidR="00A20316" w:rsidRPr="0049481F">
        <w:rPr>
          <w:rFonts w:ascii="Arial" w:hAnsi="Arial" w:cs="Arial"/>
          <w:b/>
          <w:sz w:val="18"/>
          <w:szCs w:val="18"/>
        </w:rPr>
        <w:t>Article 7:</w:t>
      </w:r>
      <w:r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b/>
          <w:sz w:val="18"/>
          <w:szCs w:val="18"/>
        </w:rPr>
        <w:t>V</w:t>
      </w:r>
      <w:r w:rsidR="00A20316" w:rsidRPr="0049481F">
        <w:rPr>
          <w:rFonts w:ascii="Arial" w:hAnsi="Arial" w:cs="Arial"/>
          <w:b/>
          <w:sz w:val="18"/>
          <w:szCs w:val="18"/>
        </w:rPr>
        <w:t>isiteurs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>. L'entrée du vide grenier est gratuite pour les visiteurs.</w:t>
      </w:r>
      <w:r w:rsidR="00A20316" w:rsidRPr="008D3D25">
        <w:rPr>
          <w:rFonts w:ascii="Arial" w:hAnsi="Arial" w:cs="Arial"/>
          <w:sz w:val="18"/>
          <w:szCs w:val="18"/>
        </w:rPr>
        <w:br/>
      </w:r>
      <w:r w:rsidR="00A20316" w:rsidRPr="00906D84">
        <w:rPr>
          <w:rFonts w:ascii="Arial" w:hAnsi="Arial" w:cs="Arial"/>
          <w:sz w:val="8"/>
          <w:szCs w:val="8"/>
        </w:rPr>
        <w:br/>
      </w:r>
      <w:r>
        <w:rPr>
          <w:rFonts w:ascii="Arial" w:hAnsi="Arial" w:cs="Arial"/>
          <w:b/>
          <w:sz w:val="18"/>
          <w:szCs w:val="18"/>
        </w:rPr>
        <w:t>Article 8: V</w:t>
      </w:r>
      <w:r w:rsidR="00A20316" w:rsidRPr="0049481F">
        <w:rPr>
          <w:rFonts w:ascii="Arial" w:hAnsi="Arial" w:cs="Arial"/>
          <w:b/>
          <w:sz w:val="18"/>
          <w:szCs w:val="18"/>
        </w:rPr>
        <w:t xml:space="preserve">ols et </w:t>
      </w:r>
      <w:proofErr w:type="spellStart"/>
      <w:r w:rsidR="00A20316" w:rsidRPr="0049481F">
        <w:rPr>
          <w:rFonts w:ascii="Arial" w:hAnsi="Arial" w:cs="Arial"/>
          <w:b/>
          <w:sz w:val="18"/>
          <w:szCs w:val="18"/>
        </w:rPr>
        <w:t>responsabilité</w:t>
      </w:r>
      <w:proofErr w:type="spellEnd"/>
      <w:r w:rsidR="00A20316" w:rsidRPr="0049481F">
        <w:rPr>
          <w:rFonts w:ascii="Arial" w:hAnsi="Arial" w:cs="Arial"/>
          <w:b/>
          <w:sz w:val="18"/>
          <w:szCs w:val="18"/>
        </w:rPr>
        <w:t>.</w:t>
      </w:r>
      <w:r w:rsidR="00A20316" w:rsidRPr="008D3D25">
        <w:rPr>
          <w:rFonts w:ascii="Arial" w:hAnsi="Arial" w:cs="Arial"/>
          <w:sz w:val="18"/>
          <w:szCs w:val="18"/>
        </w:rPr>
        <w:t xml:space="preserve"> L'équipe organisatrice décline toute responsabilité en cas de vol ou de détérioration de matériel. Les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objets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vendus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et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autres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accessoires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sont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sous la responsabilité des vendeurs pendant l'exposition.</w:t>
      </w:r>
      <w:r w:rsidR="00A20316" w:rsidRPr="008D3D25">
        <w:rPr>
          <w:rFonts w:ascii="Arial" w:hAnsi="Arial" w:cs="Arial"/>
          <w:sz w:val="18"/>
          <w:szCs w:val="18"/>
        </w:rPr>
        <w:br/>
      </w:r>
      <w:r w:rsidR="00A20316" w:rsidRPr="00906D84">
        <w:rPr>
          <w:rFonts w:ascii="Arial" w:hAnsi="Arial" w:cs="Arial"/>
          <w:sz w:val="8"/>
          <w:szCs w:val="8"/>
        </w:rPr>
        <w:br/>
      </w:r>
      <w:r>
        <w:rPr>
          <w:rFonts w:ascii="Arial" w:hAnsi="Arial" w:cs="Arial"/>
          <w:b/>
          <w:sz w:val="18"/>
          <w:szCs w:val="18"/>
        </w:rPr>
        <w:t>Article 9: V</w:t>
      </w:r>
      <w:r w:rsidR="00A20316" w:rsidRPr="0049481F">
        <w:rPr>
          <w:rFonts w:ascii="Arial" w:hAnsi="Arial" w:cs="Arial"/>
          <w:b/>
          <w:sz w:val="18"/>
          <w:szCs w:val="18"/>
        </w:rPr>
        <w:t xml:space="preserve">ente de </w:t>
      </w:r>
      <w:proofErr w:type="spellStart"/>
      <w:r w:rsidR="00A20316" w:rsidRPr="0049481F">
        <w:rPr>
          <w:rFonts w:ascii="Arial" w:hAnsi="Arial" w:cs="Arial"/>
          <w:b/>
          <w:sz w:val="18"/>
          <w:szCs w:val="18"/>
        </w:rPr>
        <w:t>boisson</w:t>
      </w:r>
      <w:proofErr w:type="spellEnd"/>
      <w:r w:rsidR="00A20316" w:rsidRPr="0049481F">
        <w:rPr>
          <w:rFonts w:ascii="Arial" w:hAnsi="Arial" w:cs="Arial"/>
          <w:b/>
          <w:sz w:val="18"/>
          <w:szCs w:val="18"/>
        </w:rPr>
        <w:t>.</w:t>
      </w:r>
      <w:r w:rsidR="00A20316" w:rsidRPr="008D3D25">
        <w:rPr>
          <w:rFonts w:ascii="Arial" w:hAnsi="Arial" w:cs="Arial"/>
          <w:sz w:val="18"/>
          <w:szCs w:val="18"/>
        </w:rPr>
        <w:t xml:space="preserve"> La vente de boissons et de petite restauration est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strictement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réservée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à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l'association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organisatrice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ou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aux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commerçants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dûment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habilités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par la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municipalité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>.</w:t>
      </w:r>
      <w:r w:rsidR="00A20316" w:rsidRPr="008D3D25">
        <w:rPr>
          <w:rFonts w:ascii="Arial" w:hAnsi="Arial" w:cs="Arial"/>
          <w:sz w:val="18"/>
          <w:szCs w:val="18"/>
        </w:rPr>
        <w:br/>
      </w:r>
      <w:r w:rsidR="00A20316" w:rsidRPr="00906D84">
        <w:rPr>
          <w:rFonts w:ascii="Arial" w:hAnsi="Arial" w:cs="Arial"/>
          <w:sz w:val="8"/>
          <w:szCs w:val="8"/>
        </w:rPr>
        <w:br/>
      </w:r>
      <w:r w:rsidR="00A20316" w:rsidRPr="0049481F">
        <w:rPr>
          <w:rFonts w:ascii="Arial" w:hAnsi="Arial" w:cs="Arial"/>
          <w:b/>
          <w:sz w:val="18"/>
          <w:szCs w:val="18"/>
        </w:rPr>
        <w:t>Article 10: Installation.</w:t>
      </w:r>
      <w:r w:rsidR="00A20316" w:rsidRPr="008D3D25">
        <w:rPr>
          <w:rFonts w:ascii="Arial" w:hAnsi="Arial" w:cs="Arial"/>
          <w:sz w:val="18"/>
          <w:szCs w:val="18"/>
        </w:rPr>
        <w:t xml:space="preserve"> L'installation s'effectue entre 7h et 8h. Attention, la rue sera fermée à la circulation à 8h.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Aucun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véhicule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en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stationnement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ne sera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autorisé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sur le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parcours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de la manifestation, sauf autorisation des organisateurs. Les stands non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occupés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après 8h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pourront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être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redistribués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à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d'autres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exposants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. Il est expressément demandé aux exposants de laisser l'accès aux bouches et poteaux d'incendie libre et dégagé </w:t>
      </w:r>
      <w:r w:rsidR="00A20316" w:rsidRPr="008D3D25">
        <w:rPr>
          <w:rFonts w:ascii="Arial" w:hAnsi="Arial" w:cs="Arial"/>
          <w:sz w:val="18"/>
          <w:szCs w:val="18"/>
        </w:rPr>
        <w:br/>
        <w:t xml:space="preserve">en permanence. L'organisateur se réserve le droit de faire glisser votre emplacement de quelques mètres pour assurer la continuité du linéaire. Dans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ce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cas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vous serez informés de vos nouveaux numéros d'emplacement.</w:t>
      </w:r>
      <w:r w:rsidR="00A20316" w:rsidRPr="008D3D25">
        <w:rPr>
          <w:rFonts w:ascii="Arial" w:hAnsi="Arial" w:cs="Arial"/>
          <w:sz w:val="18"/>
          <w:szCs w:val="18"/>
        </w:rPr>
        <w:br/>
      </w:r>
      <w:r w:rsidR="00A20316" w:rsidRPr="00906D84">
        <w:rPr>
          <w:rFonts w:ascii="Arial" w:hAnsi="Arial" w:cs="Arial"/>
          <w:sz w:val="8"/>
          <w:szCs w:val="8"/>
        </w:rPr>
        <w:br/>
      </w:r>
      <w:r w:rsidR="00A20316" w:rsidRPr="0049481F">
        <w:rPr>
          <w:rFonts w:ascii="Arial" w:hAnsi="Arial" w:cs="Arial"/>
          <w:b/>
          <w:sz w:val="18"/>
          <w:szCs w:val="18"/>
        </w:rPr>
        <w:t xml:space="preserve">Article 11: Libération de </w:t>
      </w:r>
      <w:proofErr w:type="spellStart"/>
      <w:r w:rsidR="00A20316" w:rsidRPr="0049481F">
        <w:rPr>
          <w:rFonts w:ascii="Arial" w:hAnsi="Arial" w:cs="Arial"/>
          <w:b/>
          <w:sz w:val="18"/>
          <w:szCs w:val="18"/>
        </w:rPr>
        <w:t>l'espace</w:t>
      </w:r>
      <w:proofErr w:type="spellEnd"/>
      <w:r w:rsidR="00A20316" w:rsidRPr="0049481F">
        <w:rPr>
          <w:rFonts w:ascii="Arial" w:hAnsi="Arial" w:cs="Arial"/>
          <w:b/>
          <w:sz w:val="18"/>
          <w:szCs w:val="18"/>
        </w:rPr>
        <w:t xml:space="preserve"> public.</w:t>
      </w:r>
      <w:r w:rsidR="00A20316" w:rsidRPr="008D3D25">
        <w:rPr>
          <w:rFonts w:ascii="Arial" w:hAnsi="Arial" w:cs="Arial"/>
          <w:sz w:val="18"/>
          <w:szCs w:val="18"/>
        </w:rPr>
        <w:t xml:space="preserve"> Le rangement des stands devra s'effectuer entre 17h et 18h. L'exposant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s'engage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à ne rien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laisser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sur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l'espace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public. En cas de non respect de cette règle, l'association se réserve le droit de refuser une prochaine inscription à un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exposant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n'ayant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pas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respecté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ce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règlement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. La réouverture du boulevard Trystram à la circulation se fera à partir de 17h pour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permettre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aux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exposants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motorisés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de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vider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leurs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emplacements.</w:t>
      </w:r>
      <w:r w:rsidR="00A20316" w:rsidRPr="008D3D25">
        <w:rPr>
          <w:rFonts w:ascii="Arial" w:hAnsi="Arial" w:cs="Arial"/>
          <w:sz w:val="18"/>
          <w:szCs w:val="18"/>
        </w:rPr>
        <w:br/>
      </w:r>
      <w:r w:rsidR="00A20316" w:rsidRPr="00906D84">
        <w:rPr>
          <w:rFonts w:ascii="Arial" w:hAnsi="Arial" w:cs="Arial"/>
          <w:sz w:val="8"/>
          <w:szCs w:val="8"/>
        </w:rPr>
        <w:br/>
      </w:r>
      <w:r w:rsidR="00A20316" w:rsidRPr="0049481F">
        <w:rPr>
          <w:rFonts w:ascii="Arial" w:hAnsi="Arial" w:cs="Arial"/>
          <w:b/>
          <w:sz w:val="18"/>
          <w:szCs w:val="18"/>
        </w:rPr>
        <w:t xml:space="preserve">Article 12: </w:t>
      </w:r>
      <w:proofErr w:type="spellStart"/>
      <w:r w:rsidR="00A20316" w:rsidRPr="0049481F">
        <w:rPr>
          <w:rFonts w:ascii="Arial" w:hAnsi="Arial" w:cs="Arial"/>
          <w:b/>
          <w:sz w:val="18"/>
          <w:szCs w:val="18"/>
        </w:rPr>
        <w:t>Remboursement</w:t>
      </w:r>
      <w:proofErr w:type="spellEnd"/>
      <w:r w:rsidR="00A20316" w:rsidRPr="0049481F">
        <w:rPr>
          <w:rFonts w:ascii="Arial" w:hAnsi="Arial" w:cs="Arial"/>
          <w:b/>
          <w:sz w:val="18"/>
          <w:szCs w:val="18"/>
        </w:rPr>
        <w:t>.</w:t>
      </w:r>
      <w:r w:rsidR="00A20316" w:rsidRPr="008D3D25">
        <w:rPr>
          <w:rFonts w:ascii="Arial" w:hAnsi="Arial" w:cs="Arial"/>
          <w:sz w:val="18"/>
          <w:szCs w:val="18"/>
        </w:rPr>
        <w:t xml:space="preserve"> En aucun cas, la somme versée pour la réservation ne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pourra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être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remboursée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,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même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en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cas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de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pluie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,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intempérie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,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ou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de force majeure. Si l'emplacement est occupé par un autre véhicule mal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garé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, des travaux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ou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autres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,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l'organisateur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tentera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de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trouver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une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solution de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remplacement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dans la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mesure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du possible.</w:t>
      </w:r>
      <w:r w:rsidR="00A20316" w:rsidRPr="008D3D25">
        <w:rPr>
          <w:rFonts w:ascii="Arial" w:hAnsi="Arial" w:cs="Arial"/>
          <w:sz w:val="18"/>
          <w:szCs w:val="18"/>
        </w:rPr>
        <w:br/>
      </w:r>
      <w:r w:rsidR="00A20316" w:rsidRPr="00906D84">
        <w:rPr>
          <w:rFonts w:ascii="Arial" w:hAnsi="Arial" w:cs="Arial"/>
          <w:sz w:val="8"/>
          <w:szCs w:val="8"/>
        </w:rPr>
        <w:br/>
      </w:r>
      <w:r>
        <w:rPr>
          <w:rFonts w:ascii="Arial" w:hAnsi="Arial" w:cs="Arial"/>
          <w:b/>
          <w:sz w:val="18"/>
          <w:szCs w:val="18"/>
        </w:rPr>
        <w:t>Article 13: C</w:t>
      </w:r>
      <w:r w:rsidR="00A20316" w:rsidRPr="0049481F">
        <w:rPr>
          <w:rFonts w:ascii="Arial" w:hAnsi="Arial" w:cs="Arial"/>
          <w:b/>
          <w:sz w:val="18"/>
          <w:szCs w:val="18"/>
        </w:rPr>
        <w:t xml:space="preserve">irculation des </w:t>
      </w:r>
      <w:proofErr w:type="spellStart"/>
      <w:r w:rsidR="00A20316" w:rsidRPr="0049481F">
        <w:rPr>
          <w:rFonts w:ascii="Arial" w:hAnsi="Arial" w:cs="Arial"/>
          <w:b/>
          <w:sz w:val="18"/>
          <w:szCs w:val="18"/>
        </w:rPr>
        <w:t>véhicules</w:t>
      </w:r>
      <w:proofErr w:type="spellEnd"/>
      <w:r w:rsidR="00A20316" w:rsidRPr="0049481F">
        <w:rPr>
          <w:rFonts w:ascii="Arial" w:hAnsi="Arial" w:cs="Arial"/>
          <w:b/>
          <w:sz w:val="18"/>
          <w:szCs w:val="18"/>
        </w:rPr>
        <w:t>.</w:t>
      </w:r>
      <w:r w:rsidR="00A20316" w:rsidRPr="008D3D25">
        <w:rPr>
          <w:rFonts w:ascii="Arial" w:hAnsi="Arial" w:cs="Arial"/>
          <w:sz w:val="18"/>
          <w:szCs w:val="18"/>
        </w:rPr>
        <w:t xml:space="preserve"> Aucune circulation ne sera autorisée sur les lieux entre 8h et 17h, sauf en cas d'urgence ou de force majeure.</w:t>
      </w:r>
      <w:r w:rsidR="00A20316" w:rsidRPr="008D3D25">
        <w:rPr>
          <w:rFonts w:ascii="Arial" w:hAnsi="Arial" w:cs="Arial"/>
          <w:sz w:val="18"/>
          <w:szCs w:val="18"/>
        </w:rPr>
        <w:br/>
      </w:r>
      <w:r w:rsidR="00A20316" w:rsidRPr="00906D84">
        <w:rPr>
          <w:rFonts w:ascii="Arial" w:hAnsi="Arial" w:cs="Arial"/>
          <w:sz w:val="8"/>
          <w:szCs w:val="8"/>
        </w:rPr>
        <w:br/>
      </w:r>
      <w:r w:rsidR="00A20316" w:rsidRPr="0049481F">
        <w:rPr>
          <w:rFonts w:ascii="Arial" w:hAnsi="Arial" w:cs="Arial"/>
          <w:b/>
          <w:sz w:val="18"/>
          <w:szCs w:val="18"/>
        </w:rPr>
        <w:t>Article 14:</w:t>
      </w:r>
      <w:r w:rsidR="00A20316" w:rsidRPr="008D3D25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N</w:t>
      </w:r>
      <w:r w:rsidR="00A20316" w:rsidRPr="0049481F">
        <w:rPr>
          <w:rFonts w:ascii="Arial" w:hAnsi="Arial" w:cs="Arial"/>
          <w:b/>
          <w:sz w:val="18"/>
          <w:szCs w:val="18"/>
        </w:rPr>
        <w:t xml:space="preserve">uisances </w:t>
      </w:r>
      <w:proofErr w:type="spellStart"/>
      <w:r w:rsidR="00A20316" w:rsidRPr="0049481F">
        <w:rPr>
          <w:rFonts w:ascii="Arial" w:hAnsi="Arial" w:cs="Arial"/>
          <w:b/>
          <w:sz w:val="18"/>
          <w:szCs w:val="18"/>
        </w:rPr>
        <w:t>sonores</w:t>
      </w:r>
      <w:proofErr w:type="spellEnd"/>
      <w:r w:rsidR="00A20316" w:rsidRPr="0049481F">
        <w:rPr>
          <w:rFonts w:ascii="Arial" w:hAnsi="Arial" w:cs="Arial"/>
          <w:b/>
          <w:sz w:val="18"/>
          <w:szCs w:val="18"/>
        </w:rPr>
        <w:t>.</w:t>
      </w:r>
      <w:r w:rsidR="00A20316" w:rsidRPr="008D3D25">
        <w:rPr>
          <w:rFonts w:ascii="Arial" w:hAnsi="Arial" w:cs="Arial"/>
          <w:sz w:val="18"/>
          <w:szCs w:val="18"/>
        </w:rPr>
        <w:t xml:space="preserve"> L'emploi du haut-parleur par les particuliers et les exposants est strictement interdit.</w:t>
      </w:r>
      <w:r w:rsidR="00A20316" w:rsidRPr="008D3D25">
        <w:rPr>
          <w:rFonts w:ascii="Arial" w:hAnsi="Arial" w:cs="Arial"/>
          <w:sz w:val="18"/>
          <w:szCs w:val="18"/>
        </w:rPr>
        <w:br/>
      </w:r>
      <w:r w:rsidR="00A20316" w:rsidRPr="00906D84">
        <w:rPr>
          <w:rFonts w:ascii="Arial" w:hAnsi="Arial" w:cs="Arial"/>
          <w:sz w:val="8"/>
          <w:szCs w:val="8"/>
        </w:rPr>
        <w:br/>
      </w:r>
      <w:r>
        <w:rPr>
          <w:rFonts w:ascii="Arial" w:hAnsi="Arial" w:cs="Arial"/>
          <w:b/>
          <w:sz w:val="18"/>
          <w:szCs w:val="18"/>
        </w:rPr>
        <w:t>Article 15: R</w:t>
      </w:r>
      <w:r w:rsidR="00A20316" w:rsidRPr="0049481F">
        <w:rPr>
          <w:rFonts w:ascii="Arial" w:hAnsi="Arial" w:cs="Arial"/>
          <w:b/>
          <w:sz w:val="18"/>
          <w:szCs w:val="18"/>
        </w:rPr>
        <w:t xml:space="preserve">espect du </w:t>
      </w:r>
      <w:proofErr w:type="spellStart"/>
      <w:r w:rsidR="00A20316" w:rsidRPr="0049481F">
        <w:rPr>
          <w:rFonts w:ascii="Arial" w:hAnsi="Arial" w:cs="Arial"/>
          <w:b/>
          <w:sz w:val="18"/>
          <w:szCs w:val="18"/>
        </w:rPr>
        <w:t>règlement</w:t>
      </w:r>
      <w:proofErr w:type="spellEnd"/>
      <w:r w:rsidR="00A20316" w:rsidRPr="0049481F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="00A20316" w:rsidRPr="0049481F">
        <w:rPr>
          <w:rFonts w:ascii="Arial" w:hAnsi="Arial" w:cs="Arial"/>
          <w:b/>
          <w:sz w:val="18"/>
          <w:szCs w:val="18"/>
        </w:rPr>
        <w:t>intérieur</w:t>
      </w:r>
      <w:proofErr w:type="spellEnd"/>
      <w:r w:rsidR="00A20316" w:rsidRPr="0049481F">
        <w:rPr>
          <w:rFonts w:ascii="Arial" w:hAnsi="Arial" w:cs="Arial"/>
          <w:b/>
          <w:sz w:val="18"/>
          <w:szCs w:val="18"/>
        </w:rPr>
        <w:t>.</w:t>
      </w:r>
      <w:r w:rsidR="00A20316" w:rsidRPr="008D3D25">
        <w:rPr>
          <w:rFonts w:ascii="Arial" w:hAnsi="Arial" w:cs="Arial"/>
          <w:sz w:val="18"/>
          <w:szCs w:val="18"/>
        </w:rPr>
        <w:t xml:space="preserve"> Tout exposant qui ne respecterait pas ce règlement ou qui ne se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conformerait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pas aux directives </w:t>
      </w:r>
      <w:r w:rsidR="005A473B" w:rsidRPr="008D3D25">
        <w:rPr>
          <w:rFonts w:ascii="Arial" w:hAnsi="Arial" w:cs="Arial"/>
          <w:sz w:val="18"/>
          <w:szCs w:val="18"/>
        </w:rPr>
        <w:t xml:space="preserve">de </w:t>
      </w:r>
      <w:proofErr w:type="spellStart"/>
      <w:r w:rsidR="005A473B" w:rsidRPr="008D3D25">
        <w:rPr>
          <w:rFonts w:ascii="Arial" w:hAnsi="Arial" w:cs="Arial"/>
          <w:sz w:val="18"/>
          <w:szCs w:val="18"/>
        </w:rPr>
        <w:t>l’USL</w:t>
      </w:r>
      <w:proofErr w:type="spellEnd"/>
      <w:r w:rsidR="005A473B" w:rsidRPr="008D3D25">
        <w:rPr>
          <w:rFonts w:ascii="Arial" w:hAnsi="Arial" w:cs="Arial"/>
          <w:sz w:val="18"/>
          <w:szCs w:val="18"/>
        </w:rPr>
        <w:t xml:space="preserve"> TENNIS</w:t>
      </w:r>
      <w:r w:rsidR="00A20316" w:rsidRPr="008D3D25">
        <w:rPr>
          <w:rFonts w:ascii="Arial" w:hAnsi="Arial" w:cs="Arial"/>
          <w:sz w:val="18"/>
          <w:szCs w:val="18"/>
        </w:rPr>
        <w:t xml:space="preserve"> et qui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aurait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une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attitude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désinvolte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ou un comportement outrancier, sera immédiatement interdit de vide grenier et ceci à titre définitif.</w:t>
      </w:r>
      <w:r w:rsidR="00A20316" w:rsidRPr="008D3D25">
        <w:rPr>
          <w:rFonts w:ascii="Arial" w:hAnsi="Arial" w:cs="Arial"/>
          <w:sz w:val="18"/>
          <w:szCs w:val="18"/>
        </w:rPr>
        <w:br/>
      </w:r>
      <w:r w:rsidR="00A20316" w:rsidRPr="00906D84">
        <w:rPr>
          <w:rFonts w:ascii="Arial" w:hAnsi="Arial" w:cs="Arial"/>
          <w:sz w:val="8"/>
          <w:szCs w:val="8"/>
        </w:rPr>
        <w:br/>
      </w:r>
      <w:r w:rsidR="00A20316" w:rsidRPr="0049481F">
        <w:rPr>
          <w:rFonts w:ascii="Arial" w:hAnsi="Arial" w:cs="Arial"/>
          <w:b/>
          <w:sz w:val="18"/>
          <w:szCs w:val="18"/>
        </w:rPr>
        <w:t xml:space="preserve">Article 16: </w:t>
      </w:r>
      <w:proofErr w:type="spellStart"/>
      <w:r w:rsidR="00A20316" w:rsidRPr="0049481F">
        <w:rPr>
          <w:rFonts w:ascii="Arial" w:hAnsi="Arial" w:cs="Arial"/>
          <w:b/>
          <w:sz w:val="18"/>
          <w:szCs w:val="18"/>
        </w:rPr>
        <w:t>Bénévolat</w:t>
      </w:r>
      <w:proofErr w:type="spellEnd"/>
      <w:r w:rsidR="00A20316" w:rsidRPr="0049481F">
        <w:rPr>
          <w:rFonts w:ascii="Arial" w:hAnsi="Arial" w:cs="Arial"/>
          <w:b/>
          <w:sz w:val="18"/>
          <w:szCs w:val="18"/>
        </w:rPr>
        <w:t>.</w:t>
      </w:r>
      <w:r w:rsidR="00A20316" w:rsidRPr="008D3D25">
        <w:rPr>
          <w:rFonts w:ascii="Arial" w:hAnsi="Arial" w:cs="Arial"/>
          <w:sz w:val="18"/>
          <w:szCs w:val="18"/>
        </w:rPr>
        <w:t xml:space="preserve"> L'association organisatrice a pour vocation de mobiliser des bénévoles autour d'actions de solidarité. Ce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sont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donc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des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bénévoles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qui vous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accueillent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sur </w:t>
      </w:r>
      <w:proofErr w:type="spellStart"/>
      <w:r w:rsidR="00A20316" w:rsidRPr="008D3D25">
        <w:rPr>
          <w:rFonts w:ascii="Arial" w:hAnsi="Arial" w:cs="Arial"/>
          <w:sz w:val="18"/>
          <w:szCs w:val="18"/>
        </w:rPr>
        <w:t>cette</w:t>
      </w:r>
      <w:proofErr w:type="spellEnd"/>
      <w:r w:rsidR="00A20316" w:rsidRPr="008D3D25">
        <w:rPr>
          <w:rFonts w:ascii="Arial" w:hAnsi="Arial" w:cs="Arial"/>
          <w:sz w:val="18"/>
          <w:szCs w:val="18"/>
        </w:rPr>
        <w:t xml:space="preserve"> journée, aussi nous vous demandons d'être patients, respectueux et courtois à leur éga</w:t>
      </w:r>
      <w:r w:rsidR="005A473B" w:rsidRPr="008D3D25">
        <w:rPr>
          <w:rFonts w:ascii="Arial" w:hAnsi="Arial" w:cs="Arial"/>
          <w:sz w:val="18"/>
          <w:szCs w:val="18"/>
        </w:rPr>
        <w:t>rd.</w:t>
      </w:r>
      <w:r w:rsidR="005A473B" w:rsidRPr="008D3D25">
        <w:rPr>
          <w:rFonts w:ascii="Arial" w:hAnsi="Arial" w:cs="Arial"/>
          <w:sz w:val="18"/>
          <w:szCs w:val="18"/>
        </w:rPr>
        <w:br/>
      </w:r>
      <w:r w:rsidR="005A473B" w:rsidRPr="00906D84">
        <w:rPr>
          <w:rFonts w:ascii="Arial" w:hAnsi="Arial" w:cs="Arial"/>
          <w:sz w:val="8"/>
          <w:szCs w:val="8"/>
        </w:rPr>
        <w:br/>
      </w:r>
    </w:p>
    <w:p w14:paraId="4306AC9A" w14:textId="5CC4B4DB" w:rsidR="00FB6DAB" w:rsidRDefault="005A473B" w:rsidP="00FB6DAB">
      <w:pPr>
        <w:spacing w:after="0"/>
        <w:rPr>
          <w:rFonts w:ascii="Arial" w:hAnsi="Arial" w:cs="Arial"/>
          <w:sz w:val="18"/>
          <w:szCs w:val="18"/>
        </w:rPr>
      </w:pPr>
      <w:proofErr w:type="spellStart"/>
      <w:r w:rsidRPr="006D5468">
        <w:rPr>
          <w:rFonts w:ascii="Arial" w:hAnsi="Arial" w:cs="Arial"/>
          <w:b/>
          <w:sz w:val="18"/>
          <w:szCs w:val="18"/>
        </w:rPr>
        <w:t>Leffrinckoucke</w:t>
      </w:r>
      <w:proofErr w:type="spellEnd"/>
      <w:r w:rsidRPr="006D5468">
        <w:rPr>
          <w:rFonts w:ascii="Arial" w:hAnsi="Arial" w:cs="Arial"/>
          <w:b/>
          <w:sz w:val="18"/>
          <w:szCs w:val="18"/>
        </w:rPr>
        <w:t xml:space="preserve"> le</w:t>
      </w:r>
      <w:r w:rsidR="00FB6DAB">
        <w:rPr>
          <w:rFonts w:ascii="Arial" w:hAnsi="Arial" w:cs="Arial"/>
          <w:sz w:val="18"/>
          <w:szCs w:val="18"/>
        </w:rPr>
        <w:t xml:space="preserve"> </w:t>
      </w:r>
      <w:r w:rsidR="002D767E">
        <w:rPr>
          <w:rFonts w:ascii="Arial" w:hAnsi="Arial" w:cs="Arial"/>
          <w:sz w:val="18"/>
          <w:szCs w:val="18"/>
        </w:rPr>
        <w:t>02/07/2026</w:t>
      </w:r>
    </w:p>
    <w:p w14:paraId="721874A5" w14:textId="77777777" w:rsidR="00B51DB7" w:rsidRPr="008D3D25" w:rsidRDefault="00A20316" w:rsidP="00FB6DAB">
      <w:pPr>
        <w:spacing w:after="0"/>
        <w:rPr>
          <w:sz w:val="18"/>
          <w:szCs w:val="18"/>
        </w:rPr>
      </w:pPr>
      <w:r w:rsidRPr="008D3D25">
        <w:rPr>
          <w:rFonts w:ascii="Arial" w:hAnsi="Arial" w:cs="Arial"/>
          <w:sz w:val="18"/>
          <w:szCs w:val="18"/>
        </w:rPr>
        <w:br/>
      </w:r>
      <w:r w:rsidR="005A473B" w:rsidRPr="0049481F">
        <w:rPr>
          <w:rFonts w:ascii="Arial" w:hAnsi="Arial" w:cs="Arial"/>
          <w:b/>
          <w:sz w:val="18"/>
          <w:szCs w:val="18"/>
        </w:rPr>
        <w:t xml:space="preserve">Le </w:t>
      </w:r>
      <w:proofErr w:type="spellStart"/>
      <w:r w:rsidR="005A473B" w:rsidRPr="0049481F">
        <w:rPr>
          <w:rFonts w:ascii="Arial" w:hAnsi="Arial" w:cs="Arial"/>
          <w:b/>
          <w:sz w:val="18"/>
          <w:szCs w:val="18"/>
        </w:rPr>
        <w:t>Président</w:t>
      </w:r>
      <w:proofErr w:type="spellEnd"/>
      <w:r w:rsidR="005A473B" w:rsidRPr="0049481F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="005A473B" w:rsidRPr="0049481F">
        <w:rPr>
          <w:rFonts w:ascii="Arial" w:hAnsi="Arial" w:cs="Arial"/>
          <w:b/>
          <w:sz w:val="18"/>
          <w:szCs w:val="18"/>
        </w:rPr>
        <w:t>Mr</w:t>
      </w:r>
      <w:proofErr w:type="spellEnd"/>
      <w:r w:rsidR="005A473B" w:rsidRPr="0049481F">
        <w:rPr>
          <w:rFonts w:ascii="Arial" w:hAnsi="Arial" w:cs="Arial"/>
          <w:b/>
          <w:sz w:val="18"/>
          <w:szCs w:val="18"/>
        </w:rPr>
        <w:t xml:space="preserve"> </w:t>
      </w:r>
      <w:r w:rsidR="005A473B" w:rsidRPr="008D3D25">
        <w:rPr>
          <w:rFonts w:ascii="Arial" w:hAnsi="Arial" w:cs="Arial"/>
          <w:sz w:val="18"/>
          <w:szCs w:val="18"/>
        </w:rPr>
        <w:t xml:space="preserve">LAURENT BOYER                                                 </w:t>
      </w:r>
      <w:r w:rsidR="005A473B" w:rsidRPr="0049481F">
        <w:rPr>
          <w:rFonts w:ascii="Arial" w:hAnsi="Arial" w:cs="Arial"/>
          <w:b/>
          <w:sz w:val="18"/>
          <w:szCs w:val="18"/>
        </w:rPr>
        <w:t xml:space="preserve">Le </w:t>
      </w:r>
      <w:proofErr w:type="spellStart"/>
      <w:r w:rsidR="005A473B" w:rsidRPr="0049481F">
        <w:rPr>
          <w:rFonts w:ascii="Arial" w:hAnsi="Arial" w:cs="Arial"/>
          <w:b/>
          <w:sz w:val="18"/>
          <w:szCs w:val="18"/>
        </w:rPr>
        <w:t>trésorier</w:t>
      </w:r>
      <w:proofErr w:type="spellEnd"/>
      <w:r w:rsidR="005A473B" w:rsidRPr="008D3D25">
        <w:rPr>
          <w:rFonts w:ascii="Arial" w:hAnsi="Arial" w:cs="Arial"/>
          <w:sz w:val="18"/>
          <w:szCs w:val="18"/>
        </w:rPr>
        <w:t xml:space="preserve"> Mr DUCARIN </w:t>
      </w:r>
      <w:proofErr w:type="spellStart"/>
      <w:r w:rsidR="005A473B" w:rsidRPr="008D3D25">
        <w:rPr>
          <w:rFonts w:ascii="Arial" w:hAnsi="Arial" w:cs="Arial"/>
          <w:sz w:val="18"/>
          <w:szCs w:val="18"/>
        </w:rPr>
        <w:t>ALexandre</w:t>
      </w:r>
      <w:proofErr w:type="spellEnd"/>
    </w:p>
    <w:sectPr w:rsidR="00B51DB7" w:rsidRPr="008D3D25" w:rsidSect="008D3D25">
      <w:pgSz w:w="12240" w:h="15840"/>
      <w:pgMar w:top="284" w:right="474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1996563">
    <w:abstractNumId w:val="8"/>
  </w:num>
  <w:num w:numId="2" w16cid:durableId="772017067">
    <w:abstractNumId w:val="6"/>
  </w:num>
  <w:num w:numId="3" w16cid:durableId="178662602">
    <w:abstractNumId w:val="5"/>
  </w:num>
  <w:num w:numId="4" w16cid:durableId="575359679">
    <w:abstractNumId w:val="4"/>
  </w:num>
  <w:num w:numId="5" w16cid:durableId="88476609">
    <w:abstractNumId w:val="7"/>
  </w:num>
  <w:num w:numId="6" w16cid:durableId="762073965">
    <w:abstractNumId w:val="3"/>
  </w:num>
  <w:num w:numId="7" w16cid:durableId="2023891739">
    <w:abstractNumId w:val="2"/>
  </w:num>
  <w:num w:numId="8" w16cid:durableId="1814371517">
    <w:abstractNumId w:val="1"/>
  </w:num>
  <w:num w:numId="9" w16cid:durableId="11428942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30"/>
    <w:rsid w:val="00001CA4"/>
    <w:rsid w:val="00034616"/>
    <w:rsid w:val="0006063C"/>
    <w:rsid w:val="0015074B"/>
    <w:rsid w:val="001665F6"/>
    <w:rsid w:val="0029639D"/>
    <w:rsid w:val="002D767E"/>
    <w:rsid w:val="00326F90"/>
    <w:rsid w:val="00493F21"/>
    <w:rsid w:val="0049481F"/>
    <w:rsid w:val="005A473B"/>
    <w:rsid w:val="0063799A"/>
    <w:rsid w:val="006D5468"/>
    <w:rsid w:val="008D3D25"/>
    <w:rsid w:val="00906D84"/>
    <w:rsid w:val="00A20316"/>
    <w:rsid w:val="00A43546"/>
    <w:rsid w:val="00AA1D8D"/>
    <w:rsid w:val="00B47730"/>
    <w:rsid w:val="00B51DB7"/>
    <w:rsid w:val="00CB0664"/>
    <w:rsid w:val="00ED53CC"/>
    <w:rsid w:val="00FB6DA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89BBE2E"/>
  <w14:defaultImageDpi w14:val="300"/>
  <w15:docId w15:val="{BB95A7D2-EBA3-4A18-BBCB-F2BAEF9C3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5975BF-05E3-49B8-BBC5-843AB6473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762</Words>
  <Characters>4197</Characters>
  <Application>Microsoft Office Word</Application>
  <DocSecurity>0</DocSecurity>
  <Lines>34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4950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Alexandre Ducarin</cp:lastModifiedBy>
  <cp:revision>2</cp:revision>
  <dcterms:created xsi:type="dcterms:W3CDTF">2026-07-02T21:46:00Z</dcterms:created>
  <dcterms:modified xsi:type="dcterms:W3CDTF">2026-07-02T21:46:00Z</dcterms:modified>
  <cp:category/>
</cp:coreProperties>
</file>